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Segoe UI" w:hAnsi="Segoe UI" w:cs="Segoe UI"/>
          <w:b/>
          <w:color w:val="64748B"/>
          <w:sz w:val="22"/>
        </w:rPr>
        <w:t>УП СТАЙКСИ</w:t>
      </w:r>
    </w:p>
    <w:p>
      <w:pPr>
        <w:spacing w:after="80"/>
        <w:jc w:val="center"/>
      </w:pPr>
      <w:r>
        <w:rPr>
          <w:rFonts w:ascii="Segoe UI" w:hAnsi="Segoe UI" w:cs="Segoe UI"/>
          <w:b/>
          <w:color w:val="0F172A"/>
          <w:sz w:val="52"/>
        </w:rPr>
        <w:t>Прайс-лист</w:t>
      </w:r>
    </w:p>
    <w:p>
      <w:pPr>
        <w:spacing w:after="40"/>
        <w:jc w:val="center"/>
      </w:pPr>
      <w:r>
        <w:rPr>
          <w:rFonts w:ascii="Segoe UI" w:hAnsi="Segoe UI" w:cs="Segoe UI"/>
          <w:b w:val="0"/>
          <w:color w:val="475569"/>
          <w:sz w:val="20"/>
        </w:rPr>
        <w:t>Цены указаны в белорусских рублях</w:t>
      </w:r>
    </w:p>
    <w:p>
      <w:pPr>
        <w:spacing w:after="160"/>
        <w:jc w:val="center"/>
      </w:pPr>
      <w:r>
        <w:rPr>
          <w:rFonts w:ascii="Segoe UI" w:hAnsi="Segoe UI" w:cs="Segoe UI"/>
          <w:b w:val="0"/>
          <w:i/>
          <w:color w:val="64748B"/>
          <w:sz w:val="18"/>
        </w:rPr>
        <w:t>Наличие и цену товара уточняйте у менеджера</w:t>
      </w:r>
    </w:p>
    <w:p>
      <w:pPr>
        <w:spacing w:after="120"/>
        <w:jc w:val="center"/>
        <w:pBdr>
          <w:bottom w:val="single" w:sz="18" w:space="1" w:color="1D4ED8"/>
        </w:pBdr>
      </w:pPr>
    </w:p>
    <w:p>
      <w:pPr>
        <w:spacing w:before="120" w:after="200"/>
        <w:jc w:val="center"/>
        <w:shd w:fill="FEF3C7" w:val="clear"/>
        <w:pBdr>
          <w:top w:val="single" w:sz="8" w:space="6" w:color="F59E0B"/>
          <w:left w:val="single" w:sz="8" w:space="6" w:color="F59E0B"/>
          <w:bottom w:val="single" w:sz="8" w:space="6" w:color="F59E0B"/>
          <w:right w:val="single" w:sz="8" w:space="6" w:color="F59E0B"/>
        </w:pBdr>
      </w:pPr>
      <w:r>
        <w:rPr>
          <w:rFonts w:ascii="Segoe UI" w:hAnsi="Segoe UI" w:cs="Segoe UI"/>
          <w:b/>
          <w:color w:val="9A3412"/>
          <w:sz w:val="18"/>
        </w:rPr>
        <w:t xml:space="preserve">  Для быстрой навигации по категориям:  Вид → Область навигации  </w:t>
      </w:r>
    </w:p>
    <w:p>
      <w:pPr>
        <w:pStyle w:val="Heading1"/>
        <w:pBdr>
          <w:bottom w:val="single" w:sz="6" w:space="1" w:color="E2E8F0"/>
        </w:pBdr>
      </w:pPr>
      <w:r>
        <w:t>Готовые решения TGPC</w:t>
      </w:r>
    </w:p>
    <w:p>
      <w:pPr>
        <w:pStyle w:val="Heading2"/>
      </w:pPr>
      <w:r>
        <w:t>ПЭВМ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H610M / 16GB DDR4 / 1000Gb SSD / RTX3060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3 403,95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H610M / 16GB DDR4 / 1000Gb SSD / RTX 5060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3 594,91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H610M / 16GB DDR4 / 512Gb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2 869,25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H610M / 16GB DDR4 / 512Gb SSD / RTX3060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3 204,31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H610M / 16GB DDR4 / 512Gb SSD / RTX 5060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3 395,27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H610M / 16GB DDR4 / 1000Gb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2 973,42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H610M / 16GB DDR4 / 1000Gb SSD / RTX3060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3 407,42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H610M / 16GB DDR4 / 1000Gb SSD / RTX 5060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3 598,38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H610M / 16GB DDR4 / 512Gb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2 872,84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H610M / 16GB DDR4 / 512Gb SSD / RTX3060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3 207,78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H610M / 16GB DDR4 / 512Gb SSD / RTX 5060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3 398,74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H610M / 16GB DDR4 / 1000Gb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2 980,36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H610M / 16GB DDR4 / 1000Gb SSD / RTX3060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3 414,36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H610M / 16GB DDR4 / 1000Gb SSD / RTX 5060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3 605,32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H610M / 16GB DDR4 / 512Gb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2 880,04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H610M / 16GB DDR4 / 512Gb SSD / RTX3060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3 214,72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H610M / 16GB DDR4 / 512Gb SSD / RTX 5060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3 405,68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32GB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5 023,12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3 665,57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3 505,86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5 182,83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4 192,97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3 922,50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4 352,68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4 040,20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4 863,06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5 022,77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4 199,91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2000Gb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5 477,61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3 071,86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3 758,97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3 488,50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3 925,97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32GB DDR5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4 748,83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2000Gb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5 196,37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4 429,06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4 596,07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2000Gb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5 554,34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3 620,43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B650M / 32GB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5 071,38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5 057,49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4 748,49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3 491,62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3 925,62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6 645,14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6 834,37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2000Gb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7 577,75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2000Gb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8 315,04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2000Gb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7 719,33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B650M / 32GB DDR5 / 2000Gb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7 773,39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2000Gb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7 766,97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2000Gb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7 996,40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ARGB / B760M / 32GB DDR5 / 2000Gb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7 543,28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2000Gb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7 631,13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2000Gb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7 610,86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2000Gb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6 820,85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5 221,03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6 703,10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5070Ti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8 158,93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5 106,45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6 591,59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6 520,46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3 891,25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5 557,81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5 498,26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6 864,78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4 307,89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5 814,42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5 756,46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7 270,26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3 981,52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5 496,79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5 588,53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6 952,63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4 398,16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32GB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5 902,27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32GB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5 844,32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32GB DDR4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7 358,11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4 387,75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32GB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4 578,71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6 077,98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32GB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6 020,03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32GB DDR4 / 1000Gb SSD / RTX 5070Ti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7 533,82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3 665,57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3 856,53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5 224,50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5 415,46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6 892,32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1000Gb SSD / RTX 5070Ti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8 348,16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32GB DDR5 / 1000Gb SSD / RTX 5080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9 551,08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4 443,30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4 634,26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6 132,05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6 074,09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RTX 5070Ti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7 587,88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4 671,92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RGB / B650M / 32GB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5 439,58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RGB / B650M / 32GB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5 739,91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12600KF / 4HP / B760M / 32GB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4 443,30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H610M / 2x8GB DDR4 / 1000Gb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3 449,43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H610M / 2x8GB DDR4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3 268,89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H610M / 2x8GB DDR4 / 1000Gb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3 452,90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H610M / 2x8GB DDR4 / 1000Gb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3 015,43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H610M / 2x8GB DDR4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2 848,43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H610M / 2x8GB DDR4 / 1000Gb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3 018,90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3 227,40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3 661,40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3 852,36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4 380,11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5 518,92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3 703,07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5 459,37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3 890,03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4 348,33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5 025,37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3 276,01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3 710,01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3 710,01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3 900,97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4 428,72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5 567,53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3 751,68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5 507,98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3 938,64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4 396,94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5 073,98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3 397,53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3 831,53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4 022,49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4 550,24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3 873,20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5 478,71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4 060,16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4 518,46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5 195,50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3 769,04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4 203,04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4 394,00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4 921,74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5 898,22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4 244,70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4 889,96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5 567,00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3 921,80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4 355,80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4 355,80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4 546,76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5 074,51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6 046,89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4 397,47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5 988,94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4 584,43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5 042,73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5 566,56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4 477,32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4 911,32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5 102,28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5 479,22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6 587,53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4 952,99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6 529,58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5 139,95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5 598,25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6 107,20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3 654,46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4 088,46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4 279,42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4 807,16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5 786,71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4 130,12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5 728,76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4 317,08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4 775,39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5 452,43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3 963,47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4 397,47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4 588,43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5 116,17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6 087,44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4 439,13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6 029,49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4 626,09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5 084,40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5 607,11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4 130,12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4 564,12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4 755,08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5 282,83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6 249,63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4 605,79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6 191,68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4 792,75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5 251,05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5 738,89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4 098,88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4 532,88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4 723,84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5 251,58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6 219,22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4 574,54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6 161,27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4 761,50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5 219,80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5 738,89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3 977,36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4 265,53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4 456,49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4 984,24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5 959,04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4 307,20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5 901,09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4 494,16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4 952,46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5 478,71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4 265,53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4 699,53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4 890,49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5 418,24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6 381,42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4 741,20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6 323,46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4 928,16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5 386,46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5 901,09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4 484,27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4 918,27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5 485,98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6 594,29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4 959,93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6 536,34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5 146,89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6 113,96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3 175,32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3 609,32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3 800,28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4 328,03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5 466,84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3 650,99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5 407,29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3 837,95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4 973,29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3 178,80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3 612,80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3 803,76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4 331,50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5 470,32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3 654,46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5 410,76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3 841,42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4 976,76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3 185,74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3 619,74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4 338,44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5 477,26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3 661,40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5 417,71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3 848,36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4 306,67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4 983,71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3 262,12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3 696,12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3 887,08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4 414,83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5 553,64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3 737,79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5 494,09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3 924,75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4 383,05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5 060,09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3 786,40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3 977,36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4 505,10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5 492,74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3 828,06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5 584,36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4 015,02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4 473,32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5 150,36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3 532,94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3 966,94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3 966,94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4 157,90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4 685,64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5 668,45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4 008,60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5 610,49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4 195,56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4 653,87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5 330,91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3 067,69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3 501,69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3 692,65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4 220,40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5 359,21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3 543,36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5 299,66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3 730,32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4 188,62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4 865,66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3 116,30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3 550,30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3 741,26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4 269,00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5 407,82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3 591,96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5 348,27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3 778,92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4 237,23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4 914,27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3 237,82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4 390,52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5 529,34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3 713,48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5 469,79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3 900,44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5 035,79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3 609,32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4 043,32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4 234,28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4 762,03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4 084,99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5 684,83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4 271,95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4 730,25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5 407,29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3 762,09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4 196,09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4 387,05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4 914,80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5 891,46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4 237,76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4 424,72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4 883,02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5 560,06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4 317,61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4 751,61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4 942,57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5 470,32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6 432,10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4 793,28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6 374,15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4 980,24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5 438,54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5 951,77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3 494,75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3 928,75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4 119,71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4 647,45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5 631,28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3 970,41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5 573,32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4 615,68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4 615,68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5 292,72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3 803,76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4 237,76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4 428,72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4 956,46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5 932,01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4 279,42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5 874,05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4 466,38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4 924,68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5 451,68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3 970,41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4 404,41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4 595,37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5 123,12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6 094,20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4 446,08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6 036,25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4 633,04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5 091,34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5 583,46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3 939,16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4 373,16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4 564,12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5 091,87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6 063,79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4 414,83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6 005,83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4 601,79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5 060,09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5 583,46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3 671,82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4 105,82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4 296,78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4 824,52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5 803,61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4 147,48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5 745,65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4 334,44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4 792,75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5 469,79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4 105,82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4 539,82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4 730,78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5 258,52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6 225,98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4 581,48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6 168,03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4 768,44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5 226,75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5 745,65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4 324,56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4 758,56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4 949,52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5 477,26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6 438,86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4 800,22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6 380,90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4 987,18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5 445,48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5 958,53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3 015,61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3 449,61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3 640,57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4 168,32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5 307,13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3 491,28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5 247,58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3 678,24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4 136,54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4 813,58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3 019,08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3 453,08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3 644,04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4 171,79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5 310,60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3 494,75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5 251,05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4 040,37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4 140,01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3 026,03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3 460,03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3 650,99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4 178,73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5 317,55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3 501,69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5 258,00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3 688,65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4 146,96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4 824,00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3 102,41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3 536,41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3 727,37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4 255,12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5 393,93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3 578,08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5 334,38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3 765,04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4 223,34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4 900,38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3 192,68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3 626,68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3 817,64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4 345,39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5 484,20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3 668,35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5 424,65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3 855,31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4 313,61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4 990,65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3 373,23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3 807,23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3 807,23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3 998,19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4 525,93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5 513,01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RX 9060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3 848,89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4 035,85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4 494,16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5 171,20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4 012,08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4 446,08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4 446,08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4 637,04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5 164,78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6 134,75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RX 9060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4 487,74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6 076,79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4 674,70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5 133,00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5 654,42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5 018,01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4 792,33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5 498,58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3 917,39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4 747,20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5 302,72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4 327,60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4 848,40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5 613,97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5 674,29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4 097,93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4 927,74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5 483,26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4 966,45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5 487,25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6 235,70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6 296,03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4 736,78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5 566,59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5 958,13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3 862,35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4 383,15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5 303,23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5 365,21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3 632,69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4 462,49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5 018,01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3 910,96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4 431,76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5 351,84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5 413,82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3 681,29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4 511,10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5 066,62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4 032,48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4 553,28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5 473,36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5 535,34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3 802,81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4 632,62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5 188,14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4 403,99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4 924,79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5 688,31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5 748,63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4 174,32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5 004,13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5 559,65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4 556,75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5 077,55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5 836,98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5 897,30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4 327,09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5 156,89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5 559,40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5 112,27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5 482,19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6 377,62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6 437,94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5 559,40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6 100,04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4 289,41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4 810,21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5 576,80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5 637,12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4 059,74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4 889,55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5 445,07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4 598,42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5 119,22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5 877,53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5 937,85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4 368,75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5 198,56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5 599,95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4 765,07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5 285,87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6 039,72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6 100,04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4 535,41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5 365,21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4 987,28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5 749,13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5 809,45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4 236,81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5 066,62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5 471,55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5 008,11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5 528,91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6 276,25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6 336,57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4 778,45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5 458,03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5 998,67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5 119,22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599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5 488,95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6 384,38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6 444,70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4 889,55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5 566,16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6 106,80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3 810,27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4 331,07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5 251,15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5 313,13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3 580,61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4 410,41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4 965,93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3 813,75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4 334,55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3 584,08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4 413,89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4 969,41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3 820,69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4 341,49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5 261,57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5 323,55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3 591,02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4 420,83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4 976,35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3 897,07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4 417,87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5 337,95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5 399,93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3 667,41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4 497,21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5 052,73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3 987,35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4 508,15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5 428,23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5 490,21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3 757,68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4 587,49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5 143,01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4 167,89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4 688,69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5 458,53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5 518,86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W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3 938,22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4 768,03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5 323,55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4 806,74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5 327,54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W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6 080,27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6 140,59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W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4 577,07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5 406,88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/ B760M / 16GB DDR4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5 802,69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4 022,07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4 542,87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5 462,95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5 524,93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3 792,40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5 177,73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4 070,67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4 591,47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5 511,55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5 573,53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3 841,01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4 670,81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5 226,33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4 192,19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4 712,99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5 482,19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5 542,51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3 962,53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4 792,33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5 347,85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4 563,70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5 084,50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5 843,74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5 904,06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4 334,03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5 163,84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5 557,10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4 716,47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5 237,27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5 992,42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6 052,74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4 486,80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/ B650M / 16GB DDR5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5 714,84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5 271,99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5 637,62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6 533,06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6 593,38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5 042,32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5 714,84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6 255,48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4 449,12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4 969,92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5 732,23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5 792,55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699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4 219,45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5 049,26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5 454,65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4 758,13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5 278,93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6 032,96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6 093,29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4 528,46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5 755,39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4 924,79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5 445,59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6 195,16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6 255,48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4 695,12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/ B650M / 16GB DDR5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5 524,93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5 001,17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5 521,97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6 269,49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6 329,82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4 771,50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5 451,28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4 626,19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5 146,99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5 904,56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5 964,88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4 396,53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5 226,33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5 626,98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5 167,83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6 431,69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6 492,01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4 938,16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5 613,47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/ B650M / 16GB DDR5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6 154,11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5 278,93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5 644,38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6 539,81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6 600,14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5 721,60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5 049,26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/ B650M / 16GB DDR5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6 262,24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3 969,99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4 490,79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5 410,87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5 472,85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3 740,32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5 125,65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B760M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4 570,13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3 973,46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4 494,26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5 414,34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5 476,32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3 743,79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4 573,60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5 129,12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3 980,40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4 501,20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5 421,28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5 483,26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3 750,73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9060XT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4 580,54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B760M / 16GB DDR4 / 1000Gb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5 136,06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4 056,79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4 577,59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5 497,67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5 559,65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3 827,12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4 656,93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DDR4 / 1000Gb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5 212,45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4 147,06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4 667,86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16GB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5 587,94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4 882,61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9070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5 836,48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4 841,46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5 362,26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6 114,06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6 174,38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4 611,79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9060XT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5 441,60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/ B650M / 16GB DDR5 / 500Gb SSD / RX 9070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5 836,48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4 466,48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B760M / 16GB DDR4 / 500Gb SSD / W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5 254,63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5 427,43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6 903,97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6 758,68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5 437,85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5 738,22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5 491,55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7 113,47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6 968,17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5 501,69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5 947,72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5 728,08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7 350,00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7 204,70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799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5 738,22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6 184,25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5 489,93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6 964,79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6 819,50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5 500,34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5 799,04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5 528,12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7 001,96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6 856,67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5 538,53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5 836,21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B550 / 32GB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4 545,54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B550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6 045,71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 / 32GB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B550 / 32GB DDR4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4 555,96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B550 / 32GB DDR4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5 014,26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4 127,86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3 759,83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4 176,47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3 881,35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RGB / B650M / 32GB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5 214,94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5HP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5 465,17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3 187,48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3 604,12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3 236,08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3 652,72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3 447,35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3 863,99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RGB / B650M / 16GB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3 867,81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3 696,74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4 023,11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3 745,35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4 071,72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3 956,62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3 956,62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3 262,74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3 589,11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3 311,35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1000Gb SSD / RTX 3050 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3 522,62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3 848,99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4HP ARGB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5 222,58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/ B650M / 32GB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4 611,51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5 351,05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6 829,63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 5070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6 745,16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5 361,46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5 663,88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1 459,26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1 606,69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1 207,54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1 354,97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3HP / H610M / 2x8GB DDR4 / 500Gb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1 766,36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3HP / H610M / 2x8GB DDR4 / 1000Gb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1 956,94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1 308,22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2x8GB DDR4 / 500Gb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1 416,10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3HP / H610M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1 658,48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1 111,15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8GB DDR4 / 500Gb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1 462,85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8GB DDR4 / 1000Gb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1 111,15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500Gb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1000Gb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1 354,97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500Gb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1 714,57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1000Gb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1 905,16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2x8GB DDR4 / 1000Gb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1 606,69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1 459,26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1 606,69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H610M / 2x8GB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1 496,66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H610M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1 644,09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 / H610M / 2x8GB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1 640,50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 / H610M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1 787,93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 / H610M / 2x8GB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1 647,69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 / H610M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1 795,12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5600GT / A520M / 2x8GB DDR4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1 572,17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5600GT / A520M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1 719,61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8500G / A620M / 16GB DDR5 / 240Gb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2 118,76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8500G / A620M / 16GB DDR5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2 266,20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2HP / A520M / 16GB DDR4 / 1000Gb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1 638,34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2HP / A520M / 16GB DDR4 / 500Gb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1 472,92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2HP / A520M / 16GB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1 299,23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2HP / A520M / 16GB DDR4 / 1000Gb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1 677,89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2HP / A520M / 8GB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1 105,48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2HP / A520M / 8GB DDR4 / 512Gb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2HP / A520M / 8GB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1 063,88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2HP / A520M / 8GB DDR4 / 512Gb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1 203,05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2HP / H610M / 16GB DDR4 / 1000Gb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1 974,20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2HP / H610M / 8GB DDR4 / 256Gb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1 347,42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2HP / H610M / 8GB DDR4 / 512Gb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1 479,75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2HP / H610M / 16GB DDR4 / 1000Gb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2 002,97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2HP / H610M / 8GB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1 376,19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2HP / H610M / 8GB DDR4 / 512Gb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1 508,52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Aqua 360 W / X870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8 303,05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Aqua 360 W / X870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10 212,19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Aqua 360 W / X870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12 056,45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W / X870 / 32GB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8 850,45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W / X870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10 759,59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W / X870 / 32GB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12 603,84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899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Aqua 360 W / X870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8 715,29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Aqua 360 W / X870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10 624,43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Aqua 360 W / X870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12 468,68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Aqua 360 W / X870 / 32GB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8 715,29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Aqua 360 W / X870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12 468,68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Aqua 360 W / X870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10 624,43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Aqua 360 W / X870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9 222,14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Aqua 360 W / X870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11 131,28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Aqua 360 W / X870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12 975,53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Aqua 360 W / X870 / 32GB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9 002,51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Aqua 360 W / X870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10 911,64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Aqua 360 W / X870 / 32GB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12 755,90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W / X870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9 661,41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W / X870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11 570,55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W / X870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13 414,80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Aqua 360 W / X870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10 195,29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Aqua 360 W / X870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12 104,43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Aqua 360 W / X870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13 948,69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W / X870 / 64GB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10 742,69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W / X870 / 64GB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12 651,83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W / X870 / 64GB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14 496,08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Aqua 360 W / X870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10 607,53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Aqua 360 W / X870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12 516,67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Aqua 360 W / X870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14 360,92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Aqua 360 W / X870 / 64GB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10 607,53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Aqua 360 W / X870 / 64GB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12 516,67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Aqua 360 W / X870 / 64GB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14 360,92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Aqua 360 W / X870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11 114,38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Aqua 360 W / X870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13 023,52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Aqua 360 W / X870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14 867,77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Aqua 360 W / X870 / 64GB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10 894,75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Aqua 360 W / X870 / 64GB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12 803,88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Aqua 360 W / X870 / 64GB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14 648,14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W / X870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11 553,65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W / X870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13 462,79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W / X870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15 307,04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Aqua 240 W / Z790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8 043,88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Aqua 240 W / Z790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9 953,02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Aqua 240 W / Z790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11 797,28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Aqua 240 W / Z790 / 32GB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8 091,19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Aqua 240 W / Z790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10 000,32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Aqua 240 W / Z790 / 32GB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11 844,58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14700KF / Aqua 240 W / Z790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8 253,38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14700KF / Aqua 240 W / Z790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10 162,52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14700KF / Aqua 240 W / Z790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12 006,78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 / Aqua 240 W / Z790 / 32GB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8 500,05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 / Aqua 240 W / Z790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10 409,18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 / Aqua 240 W / Z790 / 32GB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12 253,44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12900KF / Aqua 240 W / Z790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8 283,79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12900KF / Aqua 240 W / Z790 / 32GB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10 192,93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12900KF / Aqua 240 W / Z790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12 037,19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13900F / Aqua 240 W / Z790 / 32GB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8 398,68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13900F / Aqua 240 W / Z790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10 307,81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13900F / Aqua 240 W / Z790 / 32GB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12 152,07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Aqua 240 W / Z790 / 64GB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9 936,12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Aqua 240 W / Z790 / 64GB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11 845,26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Aqua 240 W / Z790 / 64GB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13 689,52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Aqua 240 W / Z790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9 983,43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Aqua 240 W / Z790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11 892,56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Aqua 240 W / Z790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13 736,82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14700KF / Aqua 240 W / Z790 / 64GB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10 145,62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14700KF / Aqua 240 W / Z790 / 64GB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12 054,76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14700KF / Aqua 240 W / Z790 / 64GB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13 899,02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 / Aqua 240 W / Z790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10 392,29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 / Aqua 240 W / Z790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12 301,42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 / Aqua 240 W / Z790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14 145,68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12900KF / Aqua 240 W / Z790 / 64GB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10 176,03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12900KF / Aqua 240 W / Z790 / 64GB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12 085,17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12900KF / Aqua 240 W / Z790 / 64GB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13 929,43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13900F / Aqua 240 W / Z790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10 290,92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13900F / Aqua 240 W / Z790 / 64GB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12 200,05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i9 13900F / Aqua 240 W / Z790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14 044,31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512Gb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4 216,23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512Gb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4 743,97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512Gb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5 725,21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512Gb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5 667,26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5 605,26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5 919,51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7 027,82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6 969,86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6HP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5 741,60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6HP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6 055,84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6HP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7 164,16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6HP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7 106,21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6HP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6 011,92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6HP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6 326,16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6HP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7 434,48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6HP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7 376,53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6HP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5 518,58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6HP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5 832,83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6HP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6 941,14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6HP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6 883,20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6HP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5 903,79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6HP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6 218,04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6HP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7 326,35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6HP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7 268,40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512Gb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3 799,59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512Gb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4 327,33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512Gb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5 466,15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512Gb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5 406,60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999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3 660,71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4 094,71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4 094,71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4 285,67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4 813,41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5 792,79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3 709,32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4 143,32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4 143,32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4 334,28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4 862,02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5 840,10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3 792,64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4 226,64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4 226,64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4 417,60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4 945,35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5 921,20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4 608,56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5 042,56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5 042,56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5 233,52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5 606,95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6 715,26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4 927,99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5 118,95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5 495,44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6 603,75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3 084,36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3 518,36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3 518,36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3 709,32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4 237,06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ARGB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5 375,88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3 132,96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3 566,96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3 566,96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3 757,92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4 285,67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ARGB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5 424,48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3 216,29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3 650,29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3 650,29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3 841,25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4 369,00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ARGB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5 507,81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3 625,99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4 059,99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4 059,99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4 250,95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4 778,69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5 759,00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3 511,41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3 945,41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3 945,41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4 136,37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4 664,12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5 647,50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ARGB / X870 / 32GB DDR5 / 1000Gb SSD / RTX 5080 16Gb / 1000W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12 280,30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Aqua 360 ARGB / X870 / 64GB DDR5 / 1000Gb SSD / RTX 5080 16Gb / 1000W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14 071,17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5 210,61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5 096,03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5 401,57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5 286,99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5 946,20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5 596,00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5 608,30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5 952,96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5 682,64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6 878,80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6 767,30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7 568,12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7 068,03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7 230,22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7 574,88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6 939,63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7 304,56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5 411,99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5 297,41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5 956,34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5 456,25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5 618,44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5 963,10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5 474,48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5 692,78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5 713,05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5 601,54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6 402,37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5 902,27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6 064,47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6 409,12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5 773,87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6 138,80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6 875,93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7 565,24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7 065,15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7 227,34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1099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7 572,00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6 936,75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7 301,68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5 350,18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5 235,61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5 541,14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5 426,57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6 082,04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5 581,94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Aqua 360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5 744,14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6 088,79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5 453,54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5 818,47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7 014,64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6 903,13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7 703,96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7 203,86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Aqua 360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7 366,06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7 710,71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7 075,46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7 440,39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5 551,56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5 436,98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6 092,17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5 592,08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Aqua 360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5 754,27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6 098,93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5 463,68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5 828,61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5 848,89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6 538,20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6 038,11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6 200,30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6 544,96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5 909,71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6 274,64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7 011,76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7 701,08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7 200,99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7 363,18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7 707,84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7 072,58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7 437,52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6 507,79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6 396,28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7 197,11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6 697,01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6 859,21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7 203,86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6 568,61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6 933,54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7 643,13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6 371,95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6 260,45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7 061,27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6 561,18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6 723,37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7 068,03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6 432,78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6 797,71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4HP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7 507,30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6 528,06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7 041,67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8 147,11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6 984,23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6 392,23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6 905,84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8 011,27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6 848,39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B850M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7 775,42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/ B760M / 32GB DDR4 / 2x1000Gb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6 469,77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Aqua 360 ARGB / B850M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9 450,39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5 577,95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RTX5060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5 463,37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RTX5060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6 117,85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RTX5060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5 617,76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5 779,95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6 124,61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RTX5060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5 489,36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5 854,29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RTX 5060 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5 935,39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RTX 5060 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5 823,88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RTX 5060 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6 624,70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RTX 5060 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6 124,61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6 286,80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6 631,46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RTX 5060 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5 996,21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6 361,14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6 946,21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6 834,70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7 635,53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7 135,43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7 297,63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7 642,28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7 007,03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7 371,96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5 986,07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5 874,57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6 675,39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1199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6 175,30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6 337,49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6 682,15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6 046,89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6 411,83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5 568,43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RTX5060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5 456,92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RTX5060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6 257,74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RTX5060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5 757,65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Aqua 360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5 919,84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6 264,50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RTX5060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5 629,25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5 994,18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 5060 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6 075,28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RTX 5060 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5 963,77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RTX 5060 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6 764,59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RTX 5060 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6 264,50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Aqua 360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6 426,69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Aqua 360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6 771,35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RTX 5060 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6 136,10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6 501,03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7 086,10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6 974,59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7 775,42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7 275,32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7 437,52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7 782,17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7 146,92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7 511,85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6 125,96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6 014,46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6 815,28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6 315,19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6 477,38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6 822,04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6 186,79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6 551,72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Aqua 360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6 703,77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Aqua 360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7 210,62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Aqua 360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8 221,44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Aqua 360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7 261,31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6 563,88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7 070,73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8 081,55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7 121,42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6 526,71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6 415,21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7 216,03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6 715,94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4HP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6 878,13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4HP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7 222,79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6 587,53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6 952,47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4HP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7 662,06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6 666,60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6 555,10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7 355,92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6 855,83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W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7 018,02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7 362,68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8700F /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6 727,43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Aqua 360 ARGB / B650M / 32GB DDR5 / 1000Gb SSD / RX 9070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7 092,36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9800X3D / W Aqua 360 ARGB / B650M / 32GB DDR5 / 1000Gb SSD / RX 9070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7 801,95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1000Gb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1000Gb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3 460,20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3 501,86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3 661,57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4 119,88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3 029,67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3 463,67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3 463,67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3 505,33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3 665,04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4 123,35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3 036,61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3 470,61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3 470,61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3 512,28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3 671,99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4 130,29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3 113,00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3 547,00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3 547,00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3 588,66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3 748,37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4 206,68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3 203,27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3 637,27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3 637,27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3 678,93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3 838,64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4 296,95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3 300,48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RTX 5050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3 300,48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RX 9060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3 342,15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RX 9060XT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3 501,86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RX 9060XT 16Gb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3 960,16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2 869,96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3 303,96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RTX 5050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3 303,96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1299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RX 9060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3 345,62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RX 9060XT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3 505,33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RX 9060XT 16Gb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3 963,64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2 876,90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3 310,90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RTX 5050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3 310,90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RX 9060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3 352,56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RX 9060XT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3 512,28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RX 9060XT 16Gb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3 970,58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2 953,28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3 387,28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RTX 5050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3 387,28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RX 9060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3 428,95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RX 9060XT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3 588,66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RX 9060XT 16Gb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4 046,96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RTX 3050 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3 043,56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RTX 3060 12Gb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3 477,56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RTX 5050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3 477,56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RX 9060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RX 9060XT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3 678,93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RX 9060XT 16Gb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4 137,24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RTX 3060 12Gb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3 369,92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RTX 5050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3 369,92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RX 9060 8Gb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3 411,59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RX 9060XT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3 571,30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B760M / 16GB DDR4 / 500Gb SSD / RX 9060XT 16Gb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4 029,60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RTX 3050 6GB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2 939,40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RTX 3060 12Gb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3 373,40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RTX 5050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3 373,40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RX 9060 8Gb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3 415,06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RX 9060XT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3 574,77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B760M / 16GB DDR4 / 500Gb SSD / RX 9060XT 16Gb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4 033,08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RTX 3050 6GB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2 946,34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RTX 3060 12Gb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3 380,34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RTX 5050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RX 9060 8Gb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RX 9060XT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3 581,72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B760M / 16GB DDR4 / 500Gb SSD / RX 9060XT 16Gb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4 040,02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RTX 3050 6GB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3 022,72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RTX 3050 6GB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3 022,72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RTX 5050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3 456,72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RX 9060 8Gb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3 498,39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RX 9060XT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3 658,10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B760M / 16GB DDR4 / 500Gb SSD / RX 9060XT 16Gb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4 116,40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RTX 3050 6GB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3 113,00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RTX 3060 12Gb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3 547,00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RTX 5050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3 547,00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RX 9060 8Gb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3 588,66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RX 9060XT 8Gb / 600W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3 748,37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RGB / B760M / 16GB DDR4 / 500Gb SSD / RX 9060XT 16Gb / 600W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4 206,68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3 062,30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3 496,30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3 496,30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3 537,97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3 697,68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4 155,98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2 951,20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3 385,20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3 385,20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3 426,86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3 586,58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4 044,88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2 902,59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3 336,59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3 336,59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3 378,26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3 537,97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3 996,27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3 110,91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3 544,91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3 544,91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3 586,58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3 746,29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4 204,59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3 232,43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3 666,43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3 666,43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3 708,10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3 867,81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4 326,11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3 586,58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4 020,58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4 020,58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4 062,24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4 221,95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4 680,26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1000Gb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3 801,84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1000Gb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4 235,84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1000Gb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4 235,84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1000Gb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4 277,50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1000Gb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4 437,22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1000Gb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4 895,52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2 902,59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3 336,59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3 336,59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3 378,26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3 537,97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3 996,27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2 891,18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3 225,49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1399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3 225,49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3 267,15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3 426,86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3 885,17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2 840,84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3 176,88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3 176,88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3 218,54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3 378,26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3 836,56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2 951,20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3 385,20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3 385,20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3 426,86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3 586,58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4 044,88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3 072,72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3 506,72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3 506,72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3 548,38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3 708,10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4 166,40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3 426,86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3 860,86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3 860,86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3 902,53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4 062,24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4 520,54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RTX 3050 6GB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3 642,13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RTX 3060 12Gb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4 076,13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RTX 5050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4 076,13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RX 9060 8Gb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4 117,79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RX 9060XT 8Gb / 600W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4 277,50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RX 9060XT 16Gb / 600W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4 735,81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RTX 3050 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2 954,67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RTX 3060 12Gb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3 388,67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RTX 5050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3 388,67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RX 9060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3 430,34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RX 9060XT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3 590,05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RGB / B550M / 16GB DDR4 / 500Gb SSD / RX 9060XT 16Gb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4 048,35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RTX 3050 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2 843,57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RTX 3060 12Gb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3 277,57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RTX 5050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3 277,57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RX 9060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3 319,23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RX 9060XT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3 478,94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5500 / 4HP RGB / B550M / 16GB DDR4 / 500Gb SSD / RX 9060XT 16Gb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3 937,25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RTX 3050 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2 894,78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RTX 3060 12Gb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3 228,96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RTX 5050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3 228,96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RX 9060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3 270,62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RX 9060XT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3 430,34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4500 / 4HP RGB / B550M / 16GB DDR4 / 500Gb SSD / RX 9060XT 16Gb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3 888,64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RTX 3050 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3 003,28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RTX 3060 12Gb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3 437,28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RTX 5050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3 437,28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RX 9060XT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3 638,66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RGB / B550M / 16GB DDR4 / 500Gb SSD / RX 9060XT 16Gb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4 096,96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RTX 3050 6GB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3 124,80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RTX 3060 12Gb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3 558,80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RTX 5050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3 558,80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RX 9060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3 600,46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RX 9060XT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3 760,18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RGB / B550M / 16GB DDR4 / 500Gb SSD / RX 9060XT 16Gb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4 218,48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RTX 3050 6GB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3 478,94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RTX 3060 12Gb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3 912,94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RTX 5050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3 912,94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RX 9060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3 954,61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RX 9060XT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4 114,32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RGB / B650M / 16GB DDR5 / 500Gb SSD / RX 9060XT 16Gb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4 572,62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RTX 3050 6GB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3 694,21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RTX 3060 12Gb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4 128,21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RTX 5050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4 128,21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RX 9060 8Gb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4 169,87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RX 9060XT 8Gb / 600W / Win 11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4 329,58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RGB / B650M / 16GB DDR5 / 500Gb SSD / RX 9060XT 16Gb / 600W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4 787,89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1 444,87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1 592,31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 / 3HP / H610M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1 626,11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 / 3HP / H610M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1 773,55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 / 3HP / H610M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1 633,30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 / 3HP / H610M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1 780,74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5600GT / 3HP / A520M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1 557,79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5600GT / 3HP / A520M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1 705,22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8500G / A620M / 16GB DDR5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2 104,38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8500G / A620M / 16GB DDR5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2 251,82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16GB DDR4 / 1000Gb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1 574,33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16GB DDR4 / 500Gb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1 408,91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16GB DDR4 / 256Gb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1 235,23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16GB DDR4 / 1000Gb SSD / 200W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1 646,25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16GB DDR4 / 500Gb SSD / 200W / Win 10 Pro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1 480,83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16GB DDR4 / 256Gb SSD / 200W / Win 10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1 307,15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16GB DDR4 / 1000Gb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1 613,88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8GB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996,56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Athlon Pro 300GE / 0HP / A520M / 8GB DDR4 / 512Gb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1 135,73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1 038,16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512Gb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1 177,34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16GB DDR4 / 1000Gb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1 912,35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8GB DDR4 / 256Gb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1 285,57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 / 0HP / H610M / 8GB DDR4 / 512Gb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1 417,90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0HP / H610M / 16GB DDR4 / 1000Gb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1 941,12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1499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0HP / H610M / 8GB DDR4 / 256Gb SSD / 200W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1 314,34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 / 0HP / H610M / 8GB DDR4 / 512Gb SSD / 200W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1 446,67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4 045,75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5 745,15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4 236,71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5 745,15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5 687,19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4 247,13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4 705,43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B850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5 260,61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4 975,90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5 166,86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6 650,38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6 592,43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5 177,28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5 484,63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5 090,48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5 281,44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6 761,89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6 703,94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5 291,85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5 596,14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5 643,44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5 829,29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7 451,21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7 393,25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5 839,42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6 285,45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4 080,47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4 271,43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5 778,94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5 720,98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4 281,85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32GB DDR4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4 740,15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5 142,56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5 333,52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6 812,58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6 754,62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5 343,93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5 646,82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5 121,73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5 312,69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6 792,30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6 734,35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5 323,10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5 626,55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5 261,30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5 452,26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6 928,14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6 870,18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5 462,68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5 762,38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32GB DDR5 / 256Gb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4 794,32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4 295,74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4 754,04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4 813,07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5 792,46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4 094,36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4 285,32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5 734,50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4 417,26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4 875,56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4 934,59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5 910,72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4 215,88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4 406,84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5 852,77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5 444,62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5 744,81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5 802,26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6 910,57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5 243,25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5 434,21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6 852,61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5 486,29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5 785,36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5 842,80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6 951,12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5 284,91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5 475,87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6 893,16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5 575,86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6 021,89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6 079,33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7 187,65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5 527,95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5 565,73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7 129,69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5 501,52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5 947,55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5 903,63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7 113,31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5 451,57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5 491,39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7 055,35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5 846,18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6 292,21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6 349,65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7 457,97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5 650,20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1599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5 836,05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7 400,01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4 417,26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4 875,56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4 934,59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5 910,72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4 215,88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4 406,84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5 852,77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5 738,05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6 184,08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6 241,53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7 349,84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5 542,07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5 727,92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7 291,88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5 863,08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6 309,11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6 366,55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7 474,86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5 667,10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5 852,94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32GB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7 416,91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5 910,38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6 356,41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6 413,85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7 522,17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5 714,40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5 900,25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32GB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7 464,21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3 469,40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3 660,36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5 326,92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5 267,37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3 670,78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4 129,08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3 889,17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4 080,13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5 592,76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5 534,80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4 090,54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ARGB / B650M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4 548,85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4 003,74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4 194,70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5 704,26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5 646,31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4 205,12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ARGB / B650M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4 663,42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4 712,03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4 902,99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6 393,58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6 335,63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4 913,41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7600X3D / 4HP ARGB / B650M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5 371,71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3 965,90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4 156,86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5 667,43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5 609,48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4 167,27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B760M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4 625,58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4 055,82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4 246,78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5 754,95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5 696,99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4 257,20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4 715,50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4 034,99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4 225,95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5 734,68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5 676,72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4 236,37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ARGB / B760M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4 694,67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4 268,31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4 459,27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5 961,74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5 903,79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4 469,68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5 225F / 3HP / B860M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3 719,39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4 177,69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4 236,71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5 375,53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3 518,01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5 315,98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3 719,39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4 177,69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4 236,71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5 375,53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3 518,01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5 315,98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3 840,91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4 299,21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4 358,23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3 639,53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3 830,49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5 437,50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4 357,89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1699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4 816,19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4 875,21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5 852,94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4 156,51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4 347,47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7600X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5 794,99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4 399,55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4 857,85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4 916,88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5 893,49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4 198,17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4 389,13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9600X / 4HP ARGB / B650M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4 642,59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5 100,89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5 159,92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6 130,02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4 441,21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4 632,17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7700X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6 072,06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4 566,21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5 024,51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5 083,53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6 055,68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4 364,83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4 555,79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7700 / 4HP ARGB / B650M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5 997,73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4 920,35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5 378,65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5 437,68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6 400,34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4 718,97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4 909,93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6 342,38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3 840,91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4 299,21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4 358,23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5 497,05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3 639,53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3 830,49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5 437,50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4 809,25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5 267,55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5 326,57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6 292,21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4 607,87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4 798,83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9700X / 4HP ARGB / B650M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6 234,26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RX 9060XT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4 937,71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RX 9060XT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5 396,01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5 455,04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6 417,23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4 736,33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4 927,29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13700KF / 4HP ARGB / B760M / 16GB DDR5 / 500Gb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6 359,28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RX 9060XT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4 986,32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RX 9060XT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5 444,62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RTX 5060Ti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5 503,65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6 464,54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RTX 5050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4 784,94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4 975,90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i7 14700F / 4HP ARGB / B760M / 16GB DDR5 / 500Gb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6 406,58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14400F / 4HP / B760M / 16GB DDR4 / 1000Gb SSD / RTX 5060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3 924,23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13400F / 4HP ARGB / B760M / 16GB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4 406,49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3 636,06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4 070,06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4 070,06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4 261,02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4 788,76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5 768,80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3 684,67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4 118,67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4 118,67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4 309,63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4 837,37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5 816,11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3 767,99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4 201,99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4 201,99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4 392,95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4 920,70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5 897,21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4 583,91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5 017,91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5 017,91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5 208,87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5 566,06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6 674,38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4 451,98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4 885,98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4 885,98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5 076,94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5 454,56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6 562,87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3 059,71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3 493,71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3 493,71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3 684,67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4 212,41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5 351,23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1799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3 108,31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3 542,31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3 542,31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3 733,27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4 261,02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5 399,83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3 191,64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3 625,64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3 625,64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3 816,60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4 344,35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5 483,16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3 601,34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4 035,34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4 035,34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4 226,30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5 718,12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3050 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3 469,40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3060 12Gb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3 903,40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5050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3 903,40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4 094,36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4 622,11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32GB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4 061,99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4 322,39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4 843,19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32GB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4 110,60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4 371,00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4 891,80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5 656,21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32GB DDR4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4 193,93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32GB DDR4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4 454,33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32GB DDR4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4 975,13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32GB DDR4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5 737,30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32GB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5 096,65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5 357,05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6 615,84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32GB DDR5 / 1000Gb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4 982,07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32GB DDR5 / 1000Gb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5 242,47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32GB DDR5 / 1000Gb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5 608,90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32GB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6 504,34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16GB DDR4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3 575,91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3 836,31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4 357,11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 / 4HP W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5 277,19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16GB DDR4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3 624,52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3 884,92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4 405,72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5600X / 4HP W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5 325,80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16GB DDR4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3 707,85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16GB DDR4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3 968,25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16GB DDR4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4 489,05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5700X / 4HP W / B550M / 16GB DDR4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5 409,13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16GB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4 114,07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4 374,47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4 895,27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7500F / 4HP W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5 659,59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16GB DDR5 / 500Gb SSD / RTX 3060 12Gb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3 999,50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16GB DDR5 / 500Gb SSD / RTX 5060 8Gb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4 259,90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16GB DDR5 / 500Gb SSD / RTX 5060Ti 8Gb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4 780,70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8400F / 4HP W / B650M / 16GB DDR5 / 500Gb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5 548,08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H610 / 16GB DDR5 / 1000Gb SSD / RTX 3050 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3 995,58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H610 / 16GB DDR5 / 1000Gb SSD / RTX 3060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4 429,58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H610 / 16GB DDR5 / 1000Gb SSD / RTX 5050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4 429,58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RGB / H610 / 16GB DDR5 / 1000Gb SSD / RTX 5060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4 620,54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 / 16GB DDR5 / 1000Gb SSD / RTX 3050 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3 999,05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 / 16GB DDR5 / 1000Gb SSD / RTX 3060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4 433,05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 / 16GB DDR5 / 1000Gb SSD / RTX 5050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4 433,05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RGB / H610 / 16GB DDR5 / 1000Gb SSD / RTX 5060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4 624,01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H610 / 16GB DDR5 / 1000Gb SSD / RTX 3050 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4 005,99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H610 / 16GB DDR5 / 1000Gb SSD / RTX 3060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4 439,99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H610 / 16GB DDR5 / 1000Gb SSD / RTX 5050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4 439,99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RGB / H610 / 16GB DDR5 / 1000Gb SSD / RTX 5060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4 630,95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H610 / 16GB DDR5 / 1000Gb SSD / RTX 3050 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H610 / 16GB DDR5 / 1000Gb SSD / RTX 3060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4 516,38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H610 / 16GB DDR5 / 1000Gb SSD / RTX 5050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4 516,38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RGB / H610 / 16GB DDR5 / 1000Gb SSD / RTX 5060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4 707,34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H610 / 16GB DDR5 / 1000Gb SSD / RTX 3060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4 527,07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H610 / 16GB DDR5 / 1000Gb SSD / RTX 5060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4 787,47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H610 / 16GB DDR5 / 1000Gb SSD / RTX 5060Ti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5 308,27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H610 / 16GB DDR5 / 1000Gb SSD / RTX 5060Ti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6 061,52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12100F / 4HP / H610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4 530,55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H610 / 16GB DDR5 / 1000Gb SSD / RTX 3060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4 530,55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H610 / 16GB DDR5 / 1000Gb SSD / RTX 5060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4 790,95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H610 / 16GB DDR5 / 1000Gb SSD / RTX 5060Ti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5 311,75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H610 / 16GB DDR5 / 1000Gb SSD / RTX 5060Ti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6 064,90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13100F / 4HP / H610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4 534,02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H610 / 16GB DDR5 / 1000Gb SSD / RTX 3060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4 537,49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H610 / 16GB DDR5 / 1000Gb SSD / RTX 5060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4 797,89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H610 / 16GB DDR5 / 1000Gb SSD / RTX 5060Ti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5 318,69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H610 / 16GB DDR5 / 1000Gb SSD / RTX 5060Ti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6 071,66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i3 14100F / 4HP / H610 / 16GB DDR5 / 1000Gb SSD / RX 9060XT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4 540,96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H610 / 16GB DDR5 / 1000Gb SSD / RTX 3060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4 613,87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H610 / 16GB DDR5 / 1000Gb SSD / RTX 5060 8Gb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4 874,27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H610 / 16GB DDR5 / 1000Gb SSD / RTX 5060Ti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5 395,07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H610 / 16GB DDR5 / 1000Gb SSD / RTX 5060Ti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6 146,00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12400F / 4HP / H610 / 16GB DDR5 / 1000Gb SSD / RX 9060XT 8Gb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4 617,35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1899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Ultra 5 250K Plus / 6HP / Z890 / 32GB DDR5 / 1000Gb SSD / RTX 5050 8Gb / 850W / Win 11 Pro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6 560,02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64GB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9 757,07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96GB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12 629,22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64GB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9 699,11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96GB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12 571,26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64GB DDR5 / 1000Gb SSD / RTX 5070Ti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11 212,91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96GB DDR5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14 085,06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64GB DDR5 / 1000Gb SSD / RTX 5080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12 415,83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96GB DDR5 / 1000Gb SSD / RTX 5080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15 287,98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64GB DDR5 / 1000Gb SSD / RTX 5060Ti 16Gb / 650W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9 757,07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96GB DDR5 / 1000Gb SSD / RTX 5060Ti 16Gb / 650W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12 629,22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64GB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9 699,11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96GB DDR5 / 1000Gb SSD / RTX 5070 12Gb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12 571,26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64GB DDR5 / 1000Gb SSD / RTX 5070Ti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11 212,91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96GB DDR5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14 085,06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64GB DDR5 / 1000Gb SSD / RTX 5080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12 415,83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96GB DDR5 / 1000Gb SSD / RTX 5080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15 287,98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64GB DDR5 / 1000Gb SSD / RTX 5060Ti 16Gb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10 070,80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96GB DDR5 / 1000Gb SSD / RTX 5060Ti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12 942,95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64GB DDR5 / 1000Gb SSD / RTX 5070 12Gb / 750W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9 986,33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96GB DDR5 / 1000Gb SSD / RTX 5070Ti 16Gb / 750W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14 372,27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64GB DDR5 / 1000Gb SSD / RTX 5080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12 703,05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96GB DDR5 / 1000Gb SSD / RTX 5080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15 575,20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32GB DDR5 / 1000Gb SSD / RTX 5080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10 912,18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 / 6HP / B650 / 32GB DDR5 / 1000Gb SSD / RTX 5080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10 624,96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7900X / 6HP / B650 / 32GB DDR5 / 1000Gb SSD / RTX 5080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10 624,96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32GB DDR5 / 1000Gb SSD / RTX 5070 12Gb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8 344,14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 / 6HP / B650 / 64GB DDR5 / 1000Gb SSD / RTX 5070 12Gb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10 135,01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6HP / B650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10 516,83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6HP / B650 / 64GB DDR5 / 1000Gb SSD / RTX 5080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13 361,95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9950X3D / 6HP / B650 / 96GB DDR5 / 1000Gb SSD / RTX 5080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16 234,10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9 9900X3D / 6HP / B650 / 96GB DDR5 / 1000Gb SSD / RTX 5070Ti 16Gb / 850W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14 740,58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7 7800X3D / W 4HP ARGB / B850 / 32GB DDR5 / 1000Gb SSD / RTX 5070Ti 16GB / 850W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10 280,27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2x8GB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1 310,38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2x8GB DDR4 / 500Gb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1 418,26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480Gb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1 113,42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500Gb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1 166,54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8GB DDR4 / 1000Gb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1 357,13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3 3200G / 0HP / A520M / 2x8GB DDR4 / 1000Gb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1 608,85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 / 3HP / H610M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1 642,65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12400 / 3HP / H610M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1 790,09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 / 3HP / H610M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1 649,84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Core i5 14400 / 3HP / H610M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1 797,28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5600GT / 3HP / A520M / 2x8GB DDR4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1 574,33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5600GT / 3HP / A520M / 2x8GB DDR4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1 721,76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8500G / 3HP / A620M / 16GB DDR5 / 240Gb SSD / 500W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2 120,92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Ryzen 5 8500G / 3HP / A620M / 16GB DDR5 / 480Gb SSD / 500W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2 268,36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Телевизоры и аксессуары для TV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монитора ErgoSmart Double Decker (черный, 2 монитора, 17-32", 18кг (2x9кг), настольный, регулировка высоты/поворота, VESA75/100)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монитора ErgoSmart Heavy-Duty Spark DBL (черный, 2 монитора, 17-45", 40кг, настольный, регулировка высоты/поворота, VESA75/100)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428,74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монитора ErgoSmart Simple I (черный, 1 монитор, 17-32", 9кг, настольный, регулировка высоты/поворота, VESA75/100)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монитора ErgoSmart Simple II (черный, 1 монитор, 17-32", 10кг, настольный, регулировка высоты/поворота, VESA75/100)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монитора ErgoSmart Space Grey (космический серый, 1 монитор, 17-32", 9кг,  настольный, регулировка высоты/поворота, VESA75/100)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монитора ErgoSmart Twin II (черный, 2 монитора, 17-32", 18кг (2x9кг), настольный, регулировка высоты/поворота, VESA75/100)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84,24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Кронштейн для мониторов ЖК Buro M063 (черный 17"-27" макс.8кг крепление к столешнице поворот и наклон)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Компьютеры</w:t>
      </w:r>
    </w:p>
    <w:p>
      <w:pPr>
        <w:pStyle w:val="Heading2"/>
      </w:pPr>
      <w:r>
        <w:t>Тонкие клиенты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USB- microUSB с кнопкой включения, чёрный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для Raspberry (МC001921 DEVT BOARD ENCLOSURE, PC, GREY, CLEAR)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для Raspberry Pi  3 Blue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Ноутбуки и аксессуары</w:t>
      </w:r>
    </w:p>
    <w:p>
      <w:pPr>
        <w:pStyle w:val="Heading2"/>
      </w:pPr>
      <w:r>
        <w:t>Сумка/ Чехол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Рюкзак для ноутбука MIRU MBP-1078 StyleSafe 15.6" (серый, городской, унисекс, 1 отделение, вентиляция спины)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15.6" Defender Geek (15.6", полиэстер, цвет черный, карман) (26084)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15.6" Defender Lite (26083) (15.6", полиэстер,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15.6" MIRU MLB-1043 Hiding, (цвет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68,85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17'' Defender Monte (26065) (17", полиэстер,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17,3"  MIRU 1032 Large, цвет 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17,3"  MIRU 1033 Large, цвет серый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17.3"  MIRU MLB-1066 PrestigeTech (17.3",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68,85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Сумка для ноутбука MIRU Elegance Black 15,6" (1028)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60,68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Теплоотводящие подставки для ноутбуков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Подставка для ноутбука MIRU CP1701 Fouredness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Подставка для ноутбука MIRU CP2004 Tristark RGB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70,27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Подставка для ноутбука MIRU MLS-5003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Подставка для ноутбука MIRU MLS-5006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101,07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Процессоры</w:t>
      </w:r>
    </w:p>
    <w:p>
      <w:pPr>
        <w:pStyle w:val="Heading2"/>
      </w:pPr>
      <w:r>
        <w:t>Socket-1200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Celeron G5905 2C/2T 3.5GHz 4MB 58W Intel UHD 610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124,11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Core i3-10105F 4C/8T 3.7/4.4GHz 6MB 65W  (Без видео)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292,64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Core i5-10400 6C/12T 2.9/4.3GHz 12MB 65W Intel UHD 630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485,64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Core i5-10400F 6C/12T 2.9/4.3GHz 12MB 65W (Без ВИДЕО)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Core i5-10600KF  6C/12T 4.1/4.8GHz 12MB 125W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483,63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Core i7-10700F 8C/16T 2.9/4.8GHz 16MB 65W (Без ВИДЕО)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772,18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Core i9-10900KF  10C/20T 3.7/5.3GHz 20MB 125W (Без ВИДЕО)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1 108,00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Socket-1200 Intel Pentium G6405 2C/4T 4.1GHz 4MB 58W Intel UHD 610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Socket-1700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BOX Socket-1700 Intel Core i3-14100  4C/8T (4P 3.5/4.7GHz ) 12MB 60W Intel UHD 730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699,03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i3-12100  4C/8T (4P 3.3/4.3GHz ) 12MB 65W Intel UHD 730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i3-12100F  4C/8T (4P 3.3/4.3GHz ) 12MB 58W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371,07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i3-13100F  4C/8T (4P 3.4/4.5GHz ) 12MB 58W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374,60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i3-14100  4C/8T (4P 3.5/4.7GHz ) 12MB 60W Intel UHD 730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466,49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i3-14100F 4C/8T (4P 3.5/4.7GHz ) 12MB 60W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381,67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i5-12400  6C/12T (6P 2.5/4.4GHz ) 18MB 65W Intel UHD 730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593,71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i5-12400F  6C/12T (6P 2.5/4.4GHz) 18MB 65W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459,42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i5-12500  6C/12T (6P 3.0/4.6GHz ) 18MB 65W Intel UHD 770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800,63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i5-12600K  10C/16T (6P 3.7/4.9GHz + 4E 2.6/3.6GHz) 20MB 125W Intel UHD 770 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728,00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i5-12600KF  10C/16T (6P 3.7/4.9GHz + 4E 2.6/3.6GHz) 20MB 125W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586,64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i5-13400F  10C/16T (6P 2.5/4.6GHz + 4E 1.8/3.3GHz) 20MB 65W(Без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551,30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i5-14400 10C/16T (6P 2.5/4.7GHz) 20MB 65W Intel UHD 730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600,78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i5-14400F 10C/16T (6P 2.5/4.7GHz) 20MB 65W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530,10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i5-14600K  14C/20T (6P 3.5/5.3GHz + 8E 2.6/4.0GHz) 20MB 181W Intel UHD 770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i7-12700  12C/20T (8P 3.6/4.9GHz + 4E 2.1/3.6GHz) 25MB 65W Intel UHD 770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1 218,80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i7-12700F  12C/20T (8P 2.1/4.8GHz + 4E 1.6/3.6GHz) 25MB 65W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i7-12700K  12C/20T (8P 3.6/5.0GHz + 4E 2.7/3.8GHz) 25MB 125W Intel UHD 770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1 135,53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i7-12700KF  12C/20T (8P 3.6/5.0GHz + 4E 2.7/3.8GHz) 25MB 125W (Без ВИДЕО)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929,07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i7-13700F  16C/24T (8P 2.1/5.2GHz + 8E 1.5/4.1GHz) 30MB 65W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i7-13700K  16C/24T (8P 3.4/5.4GHz + 8E 2.5/4.2GHz) 24MB 253W Intel UHD 770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1 238,76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i7-13700KF  16C/24T (8P 3.4/5.4GHz + 8E 2.5/4.2GHz) 24MB 253W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1 101,12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1999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i7-14700F 20C/28T (8P 2.1/5.4GHz + 12E 1.5/4.2GHz) 33MB 65W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1 149,29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i7-14700K  20C/28T (8P 3.4/5.6GHz + 12E 2.5/4.3GHz) 28MB 253W Intel UHD 770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1 479,63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i7-14700KF  20C/28T (8P 3.4/5.6GHz + 12E 2.5/4.3GHz) 28MB 253W (Без ВИДЕО) 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1 314,46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i9-12900K 16C/24T (8P 3.2/5.2GHz + 8E 2.4/3.9GHz) 30MB 125W Intel UHD 770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1 567,03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i9-12900KF  16C/24T (8P 3.2/5.2GHz + 8E 2.4/3.9GHz) 30MB 125W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1 345,43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i9-13900F 24C/32T (8P 2.0/5.2GHz + 16E 1.5/4.2GHz) 32MB 253W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1 464,15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i9-13900KF 24C/32T (8P 3.0/5.4GHz + 16E 2.2/4.3GHz) 32MB 253W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1 487,89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i9-14900K 24C/32T (8P 3.2/6.0GHz + 16E 2.4/4.4GHz) 32MB 253W Intel UHD 770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1 789,32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Socket-1700 Intel Core i9-14900KF 24C/32T (8P 3.2/6.0GHz + 16E 2.4/4.4GHz) 32MB 253W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1 582,86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Socket-1851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5 225 10C/10T (6P 3.3/4.9GHz + 4E 2.7/4.4GHz) 20MB 65W Intel Graphics (4 ядра Xe)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636,12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5 225F 10C/10T (6P 3.3/4.9GHz + 4E 2.7/4.4GHz) 20MB 65W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5 245K 14C/14T (6P 4.2/5.2GHz + 8E 3.6/4.6GHz) 24MB 159W Intel Graphics (4 ядра Xe)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671,46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5 245KF 14C/14T (6P 4.2/5.2GHz + 8E 3.6/4.6GHz) 24MB 159W (Без ВИДЕО)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618,45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5 250K Plus 18C/18T (6P 4.2/5.3GHz + 12E 3.3/4.6GHz) 30MB 159W Intel Graphics (4 ядра Xe)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894,66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5 250KF Plus 18C/18T (6P 4.2/5.3GHz + 12E 3.3/4.6GHz) 30MB 159W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876,43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7 265 20C/20T (8P 2.4/5.3GHz + 12E 1.8/4.6GHz) 36MB 182W Intel Graphics (4 ядра Xe)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1 345,43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7 265K 20C/20T (8P 3.9/5.4GHz + 12E 3.3/4.6GHz) 36MB 250W Intel Graphics (4 ядра Xe)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7 265KF 20C/20T (8P 3.9/5.4GHz + 12E 3.3/4.6GHz) 36MB 250W (Без ВИДЕО)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1 015,10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7 270K Plus 24C/24T (8P 3.7/5.4GHz + 16E 3.2/4.7GHz) 36MB 250W Intel Graphics (4 ядра Xe)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1 273,17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9 285 24C/24T (8P 2.5/5.4GHz + 16E 1.9/4.6GHz) 40MB 182W Intel Graphics (4 ядра Xe)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2 176,43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Socket-1851 Intel Core Ultra 9 285K 24C/24T (8P 3.7/5.5GHz + 16E 3.2/4.6GHz) 40MB 250W Intel Graphics (4 ядра Xe)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1 823,73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Socket-AM4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BOX Socket-AM4 AMD Ryzen 7 5800X (100-100000063WOF) 8C/16T 3.8GHz/4.7GHz 4+32Mb (без кулера)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910,14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Athlon 3000G (YD3000C6M2OFH) 2C/4T 3.5GHz 1+4MB 35W Radeon Vega 3 (1100MHz)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3 3200G (YD3200C5M4MFH) (3.6GHz / Radeon Vega8)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3400G (YD3400C5M4MFH) 4C/8T 3.7GHz/4.2GHz 2+4Mb 65W, / Radeon Vega11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278,01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5500 (100-000000457) 6C/12T 3.6GHz/4.2GHz 3+16Mb 65W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299,96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5500GT (100-000001489)  6C/12T 3.6GHz/4.4GHz 3+16Mb 65W Radeon Vega 7 (1900Mhz)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5600 (100-000000927) 6C/12T 3.5GHz/4.4GHz 3+32Mb 65W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5600GT (100-000001488)  6C/12T 3.6GHz/4.6GHz 3+16Mb 65W Radeon Vega 7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551,30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5600X (100-000000065) 6C/12T 3.7GHz/4.6GHz 3+32Mb 65W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452,35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PRO 3600 (100-000000029) 6C/12T 3.6GHz/4.2GHz 3+32Mb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307,09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5 PRO 5655G (100-000001513MPK)  6C/12T 3.9GHz/4.4GHz 3+16Mb 65W Radeon Vega 7 (1900 MHz) мультипак + Wraith Stealth cooler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593,36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7 5700 (100-000000743) 8C/16T 3.7GHz/4.6GHz 4+16Mb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7 5700G (100-000000263)  8C/16T 3.8GHz/4.6GHz 4+16Mb 65W Radeon Vega 8 (2000 MHz)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671,46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7 5700X (100-000000926) 8C/16T 3.4GHz/4.6GHz 4+32Mb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537,17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Socket-AM4 AMD Ryzen 7 5800X (100-000000063) 8C/16T 3.8GHz/4.7GHz 4+32Mb 105W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902,23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Socket-AM5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BOX Socket-AM5 AMD Ryzen 5 8600G (100-100001237BOX) 6C/12T 4.3GHz/5.0GHz 6+16Mb 65W Radeon™ 760M, Graphics Core 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636,12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BOX Socket-AM5 AMD Ryzen 9 7900X (100-100000589WOF) 12C/24T 4.7GHz/5.6GHz 12+64Mb 170W (без кулера)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1 305,86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7500F (100-000000597) 6C/12T 3.7GHz/5.0GHz 6+32Mb 65W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445,28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7600X (100-000000593) 6C/12T 4.7GHz/5.3GHz 6+32Mb 105W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600,78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7600X3D (100-000001721) 6C/12T 4.1GHz/4.7GHz 6+96Mb 65W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1 135,53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8400F (100-000001591) 6C/12T 4.2GHz/4.7GHz 6+16Mb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340,19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8500G (100-000000931)  6C/12T 3.5GHz/5.0GHz 6+16Mb 65W Radeon™ 740M, Graphics Core 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8600G (100-000001237)  6C/12T 4.3GHz/5.0GHz 6+16Mb 65W Radeon™ 760M, Graphics Core 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600,78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9600X (100-000001405) 6C/12T 3.9GHz/5.4GHz 6+32Mb 65W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643,19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PRO 8500G (100-000001183)  6C/12T 3.5GHz/5.0GHz 6+16Mb 65W Radeon™ 740M, Graphics Core 4 (2800 MHz)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512,08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5 PRO 8600G (100-000001239)  6C/12T 4.3GHz/5.0GHz 6+16Mb 65W Radeon™ 760M, Graphics Core 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609,62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7700 (100-000000592) 8C/16T 3.8GHz/5.3GHz 8+32Mb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664,39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7800X3D (100-000000910) 8C/16T 4.2GHz/5.0GHz 8+96Mb 120W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8700F (100-000001590) 8C/16T 4.1GHz/5.0GHz 6+16Mb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8700G (100-000001236)  8C/16T 4.2GHz/5.1GHz 8+16Mb 65W Radeon™ 780M, Graphics Core 12 (2900 MHz)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911,77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9700X (100-000001404) 8C/16T 3.8GHz/5.5GHz 8+32Mb 65W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911,77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9800X3D (100-000001084) 8C/16T 4.7GHz/5.2GHz 8+96Mb 120W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1 445,22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7 9850X3D (100-000001973) 8C/16T 4.7GHz/5.6GHz 8+96Mb 120W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1 651,68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9 7900X (100-000000589) 12C/24T 4.7GHz/5.6GHz 12+64Mb 170W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1 307,58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9 9900X3D (100-000001368) 12C/24T 4.4GHz/5.5GHz 12+128Mb 120W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1 823,73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9 9950X (100-000001277) 16C/32T 4.3GHz/5.7GHz 16+64Mb 170W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1 600,07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9 9950X3D (100-000000719) 16C/32T 4.3GHz/5.7GHz 16+128Mb 120W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2 230,14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Socket-AM5 AMD Ryzen 9 9950X3D2 (100-000001978) 16C/32T 4.3GHz/5.6GHz 16+192Mb 200W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3 243,84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Охлаждение</w:t>
      </w:r>
    </w:p>
    <w:p>
      <w:pPr>
        <w:pStyle w:val="Heading2"/>
      </w:pPr>
      <w:r>
        <w:t>Soc-1155/1156/1200/1700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IS-23i BLACK LGA1851/1700/1200/115X низкопрофильный высота 23mm (48шт/кор, TDP 45W, PWM, 2 тепл.трубки, медная база, FAN 80mm)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IS-28i Black LGA1700/1200/115X низкопрофильный высота 28mm (48шт/кор, TDP 65W, PWM, 2 тепл.трубки, медная база, FAN 92mm)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IS-30i BLACK LGA1700/1200/115X низкопрофильный высота 30mm (36шт/кор, TDP 100W, PWM, 4 тепл.трубки прямого контакта, FAN 92mm)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S-1700 Arctic Cooling Alpine 17 (ACALP00040A) (4пин, Compact, 95W, 1700, 100-2000об/мин, Al)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S-1700 ID-Cooling DK-07i LGA1851/1700 (24шт/кор, TDP 125W, PWM, FAN 120mm)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S-1700 ID-Cooling DK-19 PWM LGA1700 (30шт/кор, TDP 95W, PWM, FAN 92mm)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ТОЛЬКО ДЛЯ LGA 1700 ID-Cooling DK-17 PWM (PWM,65W TDP, 600-2200 RPM,92mm FAN,low profile,высота 42mm)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20,19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Soc-AM4/AM2/AM2+/AM3/AM3+/FM1/FM2/TR4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DK-17A AMD AM5/AM4 (24шт/кор, TDP 65W, PWM, FAN 92mm)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IS-30A BLACK AMD AM5/AM4 низкопрофильный высота 30mm (36шт/кор, TDP 100W, PWM, 4 тепл.трубки прямого контакта, FAN 92mm)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Universal Intel+AMD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креплений Intel 1700 ID-Cooling KIT-XT-1217 (для кулеров SE-207-XT,SE-225-XT,SE-234-ARGB,SE-224-XT,SE-914-XT,SE-904-XT)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креплений Intel 1700 Thermalright (LGA1700-AIO) (для Frozen Magic 120, Frozen Magic 240 Series, Frozen Magic 240/360 Scenic, Frozen Magic 360 Series, Frozen Magic EX 120, Frozen Magic EX 240, Frozen Magic EX 360)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креплений Intel 1700 Thermalright тип A2 (LGA1700-A2) (для TA 120/140,AXP-100 Copper, Macho Rev.C/C Plus, Black Eagle)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Cryorig H5 Ultimate (CR-H5B), высота 160 мм, 700-1300 об/мин, 23дБА, PWM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Cryorig H7 Plus (CR-H7PA), высота 145 мм, 300-1600 об/мин, 25 дБА,PWM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DeepCool AG400 DIGITAL BK ARGB (R-AG400-BKADMN-G-1) LGA1700/1200/115X/AM5/AM4/ ARGB Fan 120mm/ 4 TT / PWM / TDP 220W,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DeepCool AG400 DIGITAL PLUS (R-AG400-BKADMP-G-1) LGA1700/1200/115X/AM5/AM4 (9шт/кор, TDP 220W, PWM, DUAL ARGB Fan 120mm, 4 тепл. трубки, черный)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147,24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DeepCool AK400 (R-AK400-BKNNMN-G-1) LGA1700/1200/115X/AM5/AM4 (18шт/кор, TDP 220W, PWM, Fan 120mm, 4 тепл. трубки, черный)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Deepcool AK620 G2 WH (R-AK620G2-WHNNMN-GJD ) LGA20XX/1700/1200/115X/AM5/AM4 (8шт/кор, TDP 300W, PWM, DUAL Fan 120mm, 6 тепл. трубок, Copper Base,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BLITZ X4 LGA1700/1200/115X/AM5/AM4 (16шт/кор, TDP 180W, PWM, 4 тепл.трубки прямого контакта, FAN 120mm, Dynamic Multi-Color LED)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DK-01S LGA1700/1200/115X/AM5/AM4/AM3/+/AM2/+/FM2/+/FM1 (60шт/кор, TDP 65W, FAN 80mm)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DK-01T LGA1700/1200/115X/AM5/AM4/AM3/+/AM2/+/FM2/+/FM1 (60шт/кор, TDP 95W, FAN 92mm)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DK-03 LGA1700/1200/115X/AM5/AM4/AM3/+/AM2/+/FM2/+/FM1 (36шт/кор, TDP 100W,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DK-03 RAINBOW LGA1200/115X/775/AM5/AM4/AM3/+/AM2/+/FM2/+/FM1 (36шт/кор, TDP 100W, PWM, FAN 120mm, F-RGB Lighting)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A400 ARGB LGA1700/1200/115X/AM5/AM4 (15шт/кор, TDP 180W, PWM, 4 тепл.трубки прямого контакта, ARGB FAN 92mm)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A400 BLACK LGA1700/1200/115X/AM5/AM4 (15шт/кор, TDP 180W, PWM, 4 тепл.трубки прямого контакта, FAN 92mm)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BLACK LGA1700/1200/115X/AM5/AM4 (10шт/кор, TDP 220W, PWM, 4 тепл.трубки прямого контакта, FAN 120mm, черный)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DK LGA1851/1700/1200/115X/AM5/AM4 (10шт/кор, TDP 230W, PWM, 4 тепл.трубки прямого контакта, DUAL FAN 120mm, черный)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DW LGA1851/1700/1200/115X/AM5/AM4 (10шт/кор, TDP 230W, PWM, 4 тепл.трубки прямого контакта, DUAL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101,07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GDL LGA1700/1200/115X/AM5/AM4 (12шт/кор, TDP 230W, PWM, 4 тепл.трубки прямого контакта, DUAL FAN 120mm, черно-золотой)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SE ARGB LGA1700/1200/115X/AM5/AM4 (10шт/кор, TDP 180W, PWM, 4 тепл.трубки прямого контакта, ARGB FAN 120mm, черный)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SE ARGB WHITE LGA1700/1200/115X/AM5/AM4 (10шт/кор, TDP 180W, PWM, 4 тепл.трубки прямого контакта, ARGB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SE LGA1700/1200/115X/AM5/AM4 (10шт/кор, TDP 180W, PWM, 4 тепл.трубки прямого контакта, FAN 120mm, черный)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SE WHITE LGA1700/1200/115X/AM5/AM4 (10шт/кор, TDP 180W, PWM, 4 тепл.трубки прямого контакта,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TD ARGB LGA1954/1851/1700/1200/115X/AM5/AM4 (10шт/кор, TDP 220W, PWM, 4 тепл.трубки прямого контакта, FAN 120mm, черный)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A410 TD LGA1851/1700/1200/115X/AM5/AM4 (10шт/кор, TDP 220W, PWM, 4 тепл.трубки прямого контакта, FAN 120mm, черный)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A610 BLACK LGA20XX/1700/1200/115X/AM5/AM4 (10шт/кор, TDP 250W, PWM, черный, 6 тепл.трубок + медная база,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A620 BLACK LGA1700/1200/115X/AM5/AM4 (8шт/кор, TDP 270W, PWM, черный, 6 тепл.трубок + медная база, DUAL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A620 PRO SE ARGB LGA1700/1200/115X/AM5/AM4 (8шт/кор, TDP 260W, PWM, черный, 6 тепл.трубок + медная база, DUAL ARGB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A620 PRO SE ARGB WHITE LGA1851/1700/1200/115X/AM5/AM4 (8шт/кор, TDP 260W, PWM, белый, 6 тепл.трубок + медная база, DUAL ARGB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132,49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A620 PRO SE LGA1700/1200/115X/AM5/AM4 (8шт/кор, TDP 260W, PWM, черный, 6 тепл.трубок + медная база, DUAL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A620 PRO XE ARGB SNOW LGA1851/1700/1200/115X/AM5/AM4 (8шт/кор, TDP 260W, PWM, белый, 6 тепл.трубок + медная база, DUAL ARGB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2099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FROZN A720 BLACK LGA1700/1200/115X/AM5/AM4 (6шт/кор, TDP 300W, PWM, черный, 7 тепл.трубок + медная база, DUAL FAN 140mm)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193,51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IS-40-XT BLACK LGA1700/1200/115X/AM5/AM4 низкопрофильный высота 47mm (24шт/кор, TDP 95W, PWM, 4 тепл.трубки прямого контакта, FAN 92mm, черный)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IS-47-XT LGA1700/1200/115X/AM5/AM4 низкопрофильный высота 47mm (24шт/кор, TDP 95W, PWM, 4 тепл.трубки + медная база, FAN 92mm, чёрный)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IS-47-XT WHITE LGA1700/1200/115X/AM5/AM4 низкопрофильный высота 47mm (24шт/кор, TDP 95W, PWM, 4 тепл.трубки + медная база, FAN 92mm, белый)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IS-50X V3 LGA1700/1200/115X/AM5/AM4 низкопрофильный высота 56mm (27шт/кор, TDP 130W, PWM, 5 тепл.трубки прямого контакта, FAN 120mm, черный)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IS-53-XT BLACK LGA1851/1700/1200/115X/AM5/AM4 низкопрофильный высота 53mm (24шт/кор, TDP 95W, PWM, 4 тепл.трубок + медная база, FAN 92mm, черный)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IS-55 BLACK LGA1700/1200/115X/AM5/AM4 низкопрофильный высота 55mm (18шт/кор, TDP 125W, PWM, 5 тепл.трубок + медная база, FAN 120mm, черный)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IS-67-XT BLACK (LGA 1700/1200/115X/775/AM4/AM3/+/AM2/+/FM2/+/FM1, низкопрофильный 67mm, 500-2200об/мин, TDP 150W, PWM, 6 тепл.трубки прямого контакта, FAN 120mm)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SE-206-XT ARGB (LGA 2066/2011/1700/1200/1150/1151/1155/1156/AM5/AM4 , 500-1800 об/мин, TDP 250W , 6 тепл.трубок , DUAL FAN 120mm, 4-pin PWM, ARGB, 8шт/кор)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SE-206-XT Black (LGA 2066/2011/1700/1200/1150/1151/1155/1156/AM5/AM4 , 700-1800 об/мин, TDP 250W , 6 тепл.трубок , DUAL FAN 120mm, 4-pin PWM 8шт/кор)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118,89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SE-206-XT White LGA1700/1200/115X/AM5/AM4 (8шт/кор, TDP 250W, PWM, черный, 6 тепл.трубок + медная база, 2 x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123,67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SE-207-XT SLIM LGA20XX/1700/1200/115X/AM5/AM4 (12шт/кор, TDP 220W, PWM, черный, 7 тепл.трубок + медная база, 1 x FAN 120mm, черный)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132,33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SE-207-XT SLIM SNOW LGA20XX/1700/1200/115X/AM5/AM4 (12шт/кор, TDP 220W, PWM, 7 тепл.трубок + медная база, 1 x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119,91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BLACK LGA20XX/1700/1200/115X/AM5/AM4 (16шт/кор, TDP 180W, PWM, 4 тепл.трубки прямого контакта,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LGA1700/1200/115X/AM5/AM4 (16шт/кор, TDP 180W, PWM, 4 тепл.трубки прямого контакта, FAN 120mm, Random Spectrum Lighting)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PLUS LGA1700/1200/115X/AM5/AM4 (16шт/кор, TDP 200W, PWM, 4 тепл.трубки прямого контакта, 2 x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V2 ARGB LGA1851/1700/1200/115X/AM5/AM4 (16шт/кор, TDP 200W, PWM, 4 тепл.трубки прямого контакта, FAN 120mm, Addressable ARGB LED)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V2 ARGB WHITE LGA 1700/1200/1151/1150/1155/1156/AM5/AM4 (16шт/кор, TDP 200W, PWM, 4 тепл.трубки прямого контакта, FAN 120mm 500-1500RPM, Addressable ARGB LED, белый)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V2 BLACK LGA1851/1700/1200/115X/AM5/AM4 (16шт/кор, TDP 200W, PWM, 4 тепл.трубки прямого контакта,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V2 LGA1851/1700/1200/115X/AM5/AM4 (16шт/кор, TDP 200W, PWM, 4 тепл.трубки прямого контакта, FAN 120mm, Random Spectrum Lighting)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SE-214-XT V2 PLUS LGA1851/1700/1200/115X/AM5/AM4 (16шт/кор, TDP 220W, PWM, 4 тепл.трубки прямого контакта,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SE-224-XTS ARGB LGA1700/1200/115X/AM5/AM4 (10шт/кор, TDP 220W, PWM, 4 тепл.трубки прямого контакта, ARGB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SE-224-XTS Black LGA1700/1200/115X/AM5/AM4 (10шт/кор, TDP 220W, PWM, 4 тепл.трубки прямого контакта,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84,24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SE-224-XTS LGA1700/1200/115X/AM5/AM4 (10шт/кор, TDP 220W, PWM, 4 тепл.трубки прямого контакта,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SE-224-XTS MINI Black LGA1700/1200/115X/AM5/AM4 (10шт/кор, TDP 180W, PWM, 4 тепл.трубки прямого контакта,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SE-224-XTS White LGA1700/1200/115X/AM5/AM4 (10шт/кор, TDP 220W, PWM, 4 тепл.трубки прямого контакта, White LED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SE-225-XT Black V2 LGA20XX/1700/1200/115X/AM5/AM4 (10шт/кор, TDP 220W, PWM, 5 тепл.трубок прямого контакта, DUAL FAN 120mm, черный)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SE-802-SD V3 LGA1700/1200/115X/AM5/AM4 (40шт/кор, TDP 95W, 2 тепл.трубки прямого контакта, FAN 80mm)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SE-902-SD V3 LGA1700/1200/115X/AM5/AM4 (30шт/кор, TDP 95W, 2 тепл.трубки прямого контакта, FAN 92mm)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SE-903-SD V3 LGA1700/1200/115X/AM5/AM4 (30шт/кор, TDP 130W, 3 тепл.трубки прямого контакта, FAN 92mm)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ARGB LGA1851/1700/1200/115X/AM5/AM4 (30шт/кор, TDP 130W, PWM, 3 тепл.трубки прямого контакта, FAN 100mm, Addressable RGB LED)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ARGB WHITE LGA1851/1700/1200/115X/AM5/AM4 (30шт/кор, TDP 130W, PWM, 3 тепл.трубки прямого контакта, FAN 100mm, Addressable RGB LED)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BASIC LGA 1700/1200/1151/1150/1155/1156/AM5/AM4 (30шт/кор, TDP 130W, 3 тепл.трубки прямого контакта, FAN 92mm, PWM)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BLACK LGA1700/1200/115X/AM5/AM4 (30шт/кор, TDP 130W, PWM, 3 тепл.трубки прямого контакта, FAN 92mm)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V2 ARGB LGA1851/1700/1200/115X/AM5/AM4 (30шт/кор, TDP 150W, PWM, 3 тепл.трубки прямого контакта, FAN 100mm, Addressable ARGB LED)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V2 BLACK LGA1851/1700/1200/115X/AM5/AM4 (16шт/кор, TDP 180W, PWM, 3 тепл.трубки прямого контакта, FAN 100mm)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SE-903-XT WHITE LGA1700/1200/115X/AM5/AM4 (30шт/кор, TDP 130W, 3 тепл.трубки прямого контакта, FAN 92mm, PWM)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ID-Cooling SE-904-XT ARGB BLACK LGA1851/1700/1200/115X/AM5/AM4 (16шт/кор, TDP 180W, PWM, 4 тепл.трубки прямого контакта, FAN 100mm, Addressable RGB LED)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Montech NX400 Black LGA115X/1200/1700/1851,AM4/AM5 (12шт/кор, TDP 220W, 4Pin PWM, 4 тепл.трубок + медная база, FAN 120mm, 800~2000RPM (±10%), 34.17dBA)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Montech NX400 White LGA115X/1200/1700/1851,AM4/AM5 (12шт/кор, TDP 220W, 4Pin PWM, 4 тепл.трубок + медная база, FAN 120mm, 800~2000RPM (±10%), 34.17dBA)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Montech NX600 ARGB Black LGA115X/1200/1700/1851,AM4/AM5 (8шт/кор, TDP 275W, 4Pin PWM &amp; ARGB 5V3Pin, 6 тепл.трубок + медная база, 2*FAN 120mm, 800~2000RPM (±10%), 34.17dBA)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138,83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Montech NX600 ARGB White LGA115X/1200/1700/1851,AM4/AM5 (8шт/кор, TDP 275W, 4Pin PWM &amp; ARGB 5V3Pin, 6 тепл.трубок + медная база, 2*FAN 120mm, 800~2000RPM (±10%), 34.17dBA)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143,03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Montech NX600 Black LGA115X/1200/1700/1851,AM4/AM5 (9шт/кор, TDP 275W, 4Pin PWM, 6 тепл.трубок + медная база, 2*FAN 120mm, 800~2000RPM (±10%), 34.17dBA)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Montech NX600 White LGA115X/1200/1700/1851,AM4/AM5 (9шт/кор, TDP 275W, 4Pin PWM, 6 тепл.трубок + медная база, 2*FAN 120mm, 800~2000RPM (±10%), 34.17dBA)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Project X A400 ARGB Black LGA1851/1700/1200/115X/AM5/AM4/AM3 (16шт/кор, TDP 180W, PWM, 4 тепл.трубки прямого контакта, FAN 120mm 800-1800RPM)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Thermalright Macho 120 Rev.B (MACHO-120-B) (775/1150/1151/1155/1156/1200/1366/2011/2011-3/2066/1200,AM2/AM2 /AM3/AM3 /AM4/FM1/FM2/FM2, 600-1800RPM, 25dBA, 25.76~77.28CFM, Al-Cu+5HP, 4-pin,высота 150мм)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Thermalright Macho Rev.A (MACHO-A)  (S-1155/1366/775/2011/AM3+/FM2, 900-1300RPM, 19-21dBA, 56-73CFM, Al-Cu+6HP, 4-pin,высота 162mm)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Thermalright Ultra-120 EX Rev.4 Black, высота 157 мм, 2150 об/мин, 28 дБА, 2 вентилятора, PWM,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Разветвитель для вентиляторов ID-Cooling FH-05 ARGB (160шт/кор, 1to 5pcs for Ports for ARGB (LED), 700mm)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Разветвитель для вентиляторов ID-Cooling FH-07 (160шт/кор, 7xPWM 4-pin , SATA power, 3M sticker incl.)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Разветвитель для вентиляторов ID-Cooling FH-10 PWM (60шт/кор, PWM, 10pcs of Ports for PWM Fan)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Разветвитель для вентиляторов ID-Cooling FS-04 (160шт/кор, 12V, PWM, 4 pin)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Разветвитель для вентиляторов ID-Cooling HA-08 (60шт/кор, PWM, 8pcs of Ports for Fan (PWM), 8pcs for Ports for ARGB (LED))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Разветвитель для вентиляторов или LED лент ID-Cooling FS-04 ARGB (1 to 4x3-pin 5V ARGB LED) (160шт/кор)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12,59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Системы водяного охлаждения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ADATA XPG Levante II 240 BLACK (LEVANTEII240-BKCWW) LGA1851/1700/1200/115X, AMD AM5/AM4 (TDP 300W, ARGB, PWM, DOUBLE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ADATA XPG Levante II 240 White (LEVANTEII240-WHCWW) LGA1851/1700/1200/115X, AMD AM5/AM4 (TDP 300W, ARGB, PWM, DOUBLE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349,51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ADATA XPG Levante II 360 BLACK (LEVANTEII360-BKCWW) LGA1851/1700/1200/115X, AMD AM5/AM4 (TDP 300W, ARGB, PWM, TRIPLE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396,23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ADATA XPG Levante II 360 White (LEVANTEII360-WHCWW) LGA1851/1700/1200/115X, AMD AM5/AM4 (TDP 300W, ARGB, PWM, TRIPLE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408,43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Arctic Cooling Liquid Freezer III Pro 280 A-RGB White (ACFRE00187A) (4пин, LGA 1700, 1851, AM4, AM5, 2x140mm FDB PWM 1xVRM, 400–2500 RPM)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Arctic Cooling Liquid Freezer III Pro 420 (ACFRE00181A) (4пин, LGA 1700, 1851, AM4, AM5, 3x130mm FDB PWM 1xVRM, 600–3000 RPM)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467,38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Arctic Cooling Liquid Freezer III Pro 420 A-RGB White (ACFRE00189A) (4пин, LGA 1700, 1851, AM4, AM5, 3x140mm FDB PWM 1xVRM, 400–2500 RPM)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Geometric Future Eskimo Pro 360 Black (3x120mm ARGB fans) 1C251B1361000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235,58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DASHFLOW 240 BASIC WHITE LGA20XX/1700/1200/115X/AM5/AM4 (4шт/кор,TDP 260W, cнежно-белый, PWM, Помпа с White LED подств., DUAL White LED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DASHFLOW 360 BASIC WHITE LGA20XX/1700/1200/115X/AM5/AM4 (4шт/кор,TDP 350W, cнежно-белый, PWM, Помпа с White LED подств., TRIPLE White LED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DASHFLOW 360 XT LITE WHITE LGA20XX/1700/1200/115X/AM5/AM4 (4шт/кор,TDP 350W, PWM, ARGB PUMP, TRIPLE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DASHFLOW 360 XT PRO BLACK (LGA2066/2011/1851/1700/1200/115X, AMD AM5/AM4) /ARGB подсветка/ /TRIPLE FAN 120mm/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DX240 MAX BLACK LGA1851/1700/1200/115X, AMD AM5/AM4 (4шт./кор, TDP 300W, ARGB PUMP, PWM, DOUBLE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DX240 MAX WHITE LGA1851/1700/1200/115X, AMD AM5/AM4 (4шт./кор, TDP 300W, ARGB PUMP, PWM, DOUBLE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DX360 GDL LGA1851/1700/1200/115X/AM4/AM5 (6шт/кор,TDP 350W, PWM, TRIPLE FAN 120mm, черно-золотой)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DX360 MAX BLACK LGA1851/1700/1200/115X, AMD AM5/AM4 (TDP 350W, ARGB FAN and PUMP, PWM, TRIPLE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DX360 MAX WHITE LGA1851/1700/1200/115X, AMD AM5/AM4 (TDP 350W, ARGB FAN and PUMP, PWM, TRIPLE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FX240 INF BLACK LGA1851/1700/1200/115X,  AMD AM5/AM4 (TDP 300W, ARGB FAN and PUMP, PWM, DOUBLE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FX240 INF WHITE LGA1851/1700/1200/115X,  AMD AM5/AM4 (TDP 300W, ARGB FAN and PUMP, PWM, DOUBLE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FX240 LCD LGA1851/1700/1200/115X/AM4/AM5 (6шт/кор,TDP 300W, ARGB FAN and PUMP, LCD Display, PWM, DUAL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271,53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FX240 LCD WHITE LGA1851/1700/1200/115X/AM4/AM5 (6шт/кор,TDP 300W, ARGB FAN and PUMP, LCD Display, PWM, DUAL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276,37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FX240 PRO BLACK LGA2066/2011/1851/1700/1200/115X, AMD AM5/AM4 (6шт/кор,TDP 300W, PWM, DUAL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FX240 PRO WHITE LGA20XX/1700/1200/115X/AM4/AM5 (6шт/кор,TDP 300W, BLACK FAN and PUMP, PWM, DUAL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FX280 PRO SE LGA20XX/1700/1200/115X/AM4/AM5 (4шт/кор,TDP 350W, BLACK FAN and PUMP, PWM, DUAL FAN 140mm,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INF BLACK LGA1700/1200/115X/AM4/AM5 (6шт/кор,TDP 350W, ARGB FAN and PUMP, PWM, TRIPLE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INF WHITE LGA1700/1200/115X/AM4/AM5 (4шт/кор,TDP 350W, ARGB FAN and PUMP, PWM, TRIPLE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LCD LGA1851/1700/1200/115X/AM4/AM5 (6шт/кор,TDP 350W, ARGB FAN and PUMP, LCD Display, PWM, TRIPLE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248,20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LCD PE LGA1851/1700/1200/115X/AM4/AM5 (6шт/кор,TDP 350W, ARGB PUMP, LCD Display, PWM, TRIPLE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LCD PE WHITE LGA1851/1700/1200/115X/AM4/AM5 (6шт/кор,TDP 350W, ARGB PUMP, LCD Display, PWM, TRIPLE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LCD WHITE LGA1851/1700/1200/115X/AM4/AM5 (6шт/кор,TDP 350W, ARGB FAN and PUMP, LCD Display, PWM, TRIPLE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PRO LGA20XX/1700/1200/115X/AM4/AM5 (6шт/кор,TDP 350W, BLACK FAN and PUMP, PWM, TRIPLE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PRO WHITE LGA2066/2011/1851/1700/1200/115X (TDP 350W, PWM, TRIPLE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TD LGA1851/1700/1200/115X/AM4/AM5 (6шт/кор,TDP 350W, ARGB FAN and PUMP, PWM, TRIPLE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FX360 TD WHITE LGA1851/1700/1200/115X/AM4/AM5 (6шт/кор,TDP 350W, ARGB FAN and PUMP, PWM, TRIPLE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214,55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SL240 LGA20XX/1700/1200/115X/AM5/AM4 (4шт/кор,TDP 260W, PWM, LCD Display, DUAL FAN 120mm)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SL240 White LGA20XX/1700/1200/115X/AM5/AM4 (4шт/кор,TDP 260W, PWM, LCD Display, DUAL FAN 120mm,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SL240 XE White LGA20XX/1700/1200/115X/AM5/AM4 (4шт/кор,TDP 300W, PWM, LCD Display, DUAL ARGB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SL360 LGA20XX/1700/1200/115X/AM5/AM4 (4шт/кор,TDP 350W, PWM, LCD Display, TRIPLE FAN 120mm)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SL360 White LGA20XX/1700/1200/115X/AM5/AM4 (4шт/кор,TDP 350W, PWM, LCD Display, TRIPLE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SL360 XE / LGA2066/2011/1851/1700/1200/1151/1150/1155/1156 AMD AM5/AM4 / 3*120mm FDB / ARGB подсветка/ 1800RPM±10% / LCD Display 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307,09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ID-Cooling SL360 XE WHITE LGA20XX/1700/1200/115X/AM5/AM4 (4шт/кор,TDP 350W, PWM, LCD Display, TRIPLE ARGB FAN 120mm,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ARGB 240 LGA 1700/1200/15X/2066AM3/AM4/AM5 (TDP 280W, DUAL FAN 120mm)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ARGB 240 LGA 1700/1200/15X/2066AM3/AM4/AM5 (TDP 280W, DUAL FAN 120mm)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ARGB 360 LGA 1700/1200/15X/2066/AM3/AM4/AM5 (TDP 350W, PWM, TRIPLE FAN 120mm)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344,95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ARGB 360 LGA 1700/1200/15X/2066/AM3/AM4/AM5 (TDP 350W, PWM, TRIPLE FAN 120mm)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Digital 360 LGA 1700/1200/15X/2066/AM3/AM4/AM5 (TDP 350W, PWM, TRIPLE FAN 120mm) Black Проверить описание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386,10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2199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Digital 360 LGA 1700/1200/15X/2066/AM3/AM4/AM5 (TDP 350W, PWM, TRIPLE FAN 120mm) White Проверить описание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386,10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HyperFlow Silent 360 LGA 1700/1200/15X/2066/AM3/AM4/AM5 (TDP 350W, PWM, TRIPLE FAN 120mm)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LightFlow ARGB 240 LGA 1700/1200/15X/2066AM3/AM4/AM5 (TDP 280W, DUAL FAN 120mm)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LightFlow ARGB 240 LGA 1700/1200/15X/2066AM3/AM4/AM5 (TDP 280W, DUAL FAN 120mm)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LightFlow ARGB 360 LGA 1700/1200/15X/2066/AM3/AM4/AM5 (TDP 350W, PWM, TRIPLE FAN 120mm)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Montech LightFlow ARGB 360 LGA 1700/1200/15X/2066/AM3/AM4/AM5 (TDP 350W, PWM, TRIPLE FAN 120mm)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Sapphire NITRO+ S240-A AIO (4N005-01-20G) (LGALGA1700, LGA1200/1151/1151 v2/1150/1155/1156/2066/2011-3/AM4) / 240mm / 2x120mm / Black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Aqua Elite 240 ARGB White (A-ELITE-WH-240-ARGB) / (LGA115X/1200/1700/2011/2066/FM1/FM2/FM2+/AM2/AM2+/AM3/AM3+/AM4/AM5) / 240mm / 2x120mm /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Core Matrix 240 White (C-MATRIX-240-WH) / (LGA115X/1200/1700/2011/2066/AM4/AM5 ) / 240mm / 2x120mm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Edge 240 White (F-EDGE-240-WH) / (LGA115X/1200/1700/2011/2066/AM4/AM5) / 240mm / 2x120mm /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222,96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Horizon 360 Black ARGB V2 (F-HORIZON-360-BL-V2) / (AM4, 115X, 2011, 2066, 1200, 1700, AM5, 1851) / 360mm / 3x120mm /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Horizon 360 White ARGB V2 (F-HORIZON-360-WH-V2) / (AM4, 115X, 2011, 2066, 1200, 1700, AM5, 1851) / 360mm / 3x120mm /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Infinity 240 ARGB Black (F-INFINITY-240-ARGB-BL) / (LGA115X/1200/1700/2011/2066/AM4/AM5) / 240mm / 2x120mm /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Infinity 360 Black (F-INFINITY-360-BL) / (LGA115X/1200/1700/2011/2066/AM4/AM5) / 360mm / 3x120mm 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248,20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Infinity 360 White (F-INFINITY-360-WH) / (LGA115X/1200/1700/2011/2066/AM4/AM5) / 360mm / 3x120mm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Magic 240 V2 ARGB Black (F-MAGIC-240-BL-ARGB-V2) / (LGA115X/1200/1700/2011/2066/FM1/FM2/FM2+/AM2/AM2+/AM3/AM3+/AM4/AM5) / 240mm / 2x120mm ARGB 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Magic 360 ARGB V2 White (F-MAGIC-360-WH-ARGB-V2) / (LGA115X/1200/1700/2011/2066/FM1/FM2/FM2+/AM2/AM2+/AM3/AM3+/AM4/AM5) / 360mm / 3x120mm ARGB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Magic 360 Digital ARGB Black V2 (F-MAGIC-360-DG-BL-ARGB-V2) / (LGA AM4/AM5/115X/1200/1700/1851) / 360mm / 3x120mm ARGB 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Magic 360 Scenic V2 (White) (F-MAGIC-360-SC-V2) / (LGA115X/1200/1700/2011/2066/FM1/FM2/FM2+/AM2/AM2+/AM3/AM3+/AM4/AM5) / 360mm / 3x120mm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386,10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Magic 360 V2 ARGB Black (F-MAGIC-360-BL-ARGB-V2) / (LGA115X/1200/1700/2011/2066/FM1/FM2/FM2+/AM2/AM2+/AM3/AM3+/AM4/AM5) / 360mm / 3x120mm ARGB/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Notte 240 ARGB White (F-NOTTE-240-WH-ARGB) / (LGA115X/1200/1700/2011/2066/FM1/FM2/FM2+/AM2/AM2+/AM3/AM3+/AM4/AM5) / 240mm / 2x120mm ARGB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Notte 360 ARGB V2 Black  (F-NOTTE-360-BL-ARGB-V2) / (LGA115X/1200/1700/1851/2011/2066/FM1/FM2/FM2+/AM2/AM2+/AM3/AM3+/AM4/AM5) / 360mm / 3x120mm ARGB 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Notte 360 ARGB V2 White (F-NOTTE-360-WH-ARGB-V2) / (LGA115X/1200/1700/2011/2066/FM1/FM2/FM2+/AM2/AM2+/AM3/AM3+/AM4/AM5) / 360mm / 3x120mm ARGB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Prism 240 Black ARGB (F-PRISM-240-BL-ARGB ) / (LGA115X/1200/1700/2011/2066/FM1/FM2/FM2+/AM2/AM2+/AM3/AM3+/AM4/AM5) / 240mm / 2x120mm /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Prism 240 White ARGB (F-PRISM-240-WH-ARGB) / (LGA115X/1200/1700/2011/2066/FM1/FM2/FM2+/AM2/AM2+/AM3/AM3+/AM4/AM5) / 240mm / 2x120mm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Система водяного охлаждения Thermalright Frozen Warframe 420 White ARGB (F-WFRAME-420-WH-ARGB) / (LGA115X/1200/1700/2011/2066/AM4/AM5) / LCD Display / 420mm / 3x140mm /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Термопасты,вентиляторы,радиаторы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HURRICANE 120 PWM ARGB (HURRICANE120ARGBPWM-BKCWW) (4-pin, PWM, 120x120x25mm, 600-2000об/мин)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HURRICANE 120 PWM ARGB (HURRICANE120ARGBPWM-WHCWW) (4-pin, PWM, 120x120x25mm, 600-2000об/мин)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120 ARGB (НАБОР 3 в 1) (VENTO120ARGBPWM3C-BKCWW) (4-pin, PWM, 120x120x25mm, 300-1850об/мин)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120 ARGB (НАБОР 3 в 1) (VENTO120ARGBPWM3C-WHCWW) (4-pin, PWM, 120x120x25mm, 300-1850об/мин)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101,07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120 ARGB PWM (VENTO120ARGBPWM-BKCWW) (4-pin, PWM, 120x120x25mm, 300-1850об/мин)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120 ARGB PWM (VENTO120ARGBPWM-WHCWW) (4-pin, PWM, 120x120x25mm, 300-1850об/мин)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PRO 120 PWM (VENTPRO120PWM-BKCWW) (4-pin, PWM, 120x120x25mm, 450-2150об/мин) Black/Gray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R 120 ARGB PWM (VENTOR120ARGBPWM-BKCWW) (4-pin, PWM, 120x120x25mm, 300-1600об/мин)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R 120 ARGB PWM (VENTOR120ARGBPWM-WHCWW) (4-pin, PWM, 120x120x25mm, 300-1600об/мин)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R 120 ARGB PWM (НАБОР 3 в 1)(VENTOR120ARGBPWM3C-BKCWW) (4-pin, PWM, 120x120x25mm, 300-1600об/мин)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ADATA XPG VENTO R 120 ARGB PWM (НАБОР 3 в 1)(VENTOR120ARGBPWM3C-WHCWW) (4-pin, PWM, 120x120x25mm, 300-1600об/мин)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Aerocool P7-F12 (RGB подсветка), 4 pin, 45.9 CFM, 1200 RPM,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AF-1230-W (60шт./кор, 4Pin PWM, 120x120x30мм, 31.1дБ, 300-2000об/мин)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AF-125-K (60шт./кор, 4-pin PWM, 120x120x25мм, 18-29,85дБ,500-2000 об/мин)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AF-125-W (60шт./кор, 4-pin PWM, 120x120x25мм, 18-29,85дБ,500-2000 об/мин)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AF-127-ARGB-K (60шт./кор, PWM, 120x120x27мм, Low Noise, резиновые углы, Addresable RGB, 500-2000об/мин)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AF-127-ARGB-K TRIO (НАБОР 3 в 1) (20шт./кор, PWM, Low Noise, 120x120x27мм, резиновые углы, черный, 500-2000об/мин)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AF-127-ARGB-W (60шт./кор, PWM, 120x120x27мм, Low Noise, резиновые углы, Addresable RGB, 500-2000об/мин)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AF-127-ARGB-W TRIO (НАБОР 3 в 1) (20шт./кор, PWM, Low Noise, 120x120x27мм, резиновые углы, Addresable RGB, 500-2000об/мин)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AS-120-ARGB-K TRIO (НАБОР 3 в 1) (20шт./кор, PWM, резиновые углы, черный, 300-2000об/мин, супертихий)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AS-120-ARGB-KR 120x120x25мм REVERSE (60шт./кор, PWM, резиновые углы, черный, 300-2000об/мин,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AS-120-ARGB-W 120x120x25мм (4Pin PWM, 27.2дБ, 2000об/мин)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AS-120-ARGB-W TRIO (НАБОР 3 в 1) 120x120x25мм (20шт./кор, PWM, резиновые углы, белый, 300-2000об/мин,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AS-120-ARGB-WR 120x120x25мм REVERSE (60шт./кор, PWM, резиновые углы, белый, 300-2000об/мин, супертихий)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AS-120-K (60шт./кор, PWM,120x120x25мм, резиновые углы, черный, 300-2000об/мин,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AS-120-K TRIO (НАБОР 3 в 1) (20шт./кор, PWM, 120x120x25мм,  резиновые углы, черный, 300-2000об/мин, супертихий)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AS-120-W (60шт./кор, PWM,120x120x25мм, резиновые углы, белый, 300-2000об/мин,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AS-120-W TRIO (НАБОР 3 в 1) 120x120x25мм (20шт./кор, PWM, резиновые углы, белый, 300-2000об/мин, супертихий)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AT-120-K 120x120x25мм (40шт./кор, PWM, резиновые углы, черный, 0-3000об/мин)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CRYSTAL 120 WHITE ARGB (60шт./кор, PWM, Low Noise, ARGB, резиновые углы, прозрачный, 500-1500об/мин) 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DF-125-K (60шт./кор, 4Pin PWM, 120x120x25мм, 32.5дБ, 0-2150об/мин)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ICEFAN 240 ARGB SNOW (НАБОР 2 в 1) (20шт./кор, PWM, 120x120x27мм, dual ball, RGB, 900-2000об/мин)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MF-1230-ARGB-K TRIO (3 in 1) 120x120x30мм (12шт./кор, PWM, резиновые углы, ARGB, 500-2300об/мин)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NO-12015-XT ARGB 120x120x15мм (PWM, Low Noise, супер-тонкий, ARGB, резиновые углы, черный, 500-2000об/мин) 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TF-12015-K (40шт./кор, PWM, 120x120x15мм, Low Noise, супер-тонкий, резиновые углы, черный, 500-2200 об/мин) 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TF-12015-W (40шт./кор, PWM,120x120x15мм, Low Noise, супер-тонкий, резиновые углы, черный, 500-2200 об/мин) 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TF-12025-PRO-ARGB WHITE (60шт./кор, PWM, Low Noise, резиновые углы, ARGB подсветка, 700-1800об/мин)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TF-12025-PRO-ARGB-TRIO WHITE (НАБОР 3 в 1) (20шт./кор, PWM, Low Noise, резиновые углы, ARGB подсветка, 700-1800об/мин)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ID-Cooling ZF-12025-ARGB-SNOW (60шт./кор, Белый ,4-pin, 120x120x25мм, 16.3~28.5 дБ,500-1600 об/мин,ARGB)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Montech AX120 PRO ARGB PWM (MNT-AX120PRO-B) (60шт./кор, 4pin PWM,   120x120x25mm HDB, 800-1600rpm)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Montech AX120 PWM (ARGB подсветка корпуса) (MNT-AX120-B) (60шт./кор, 4pin PWM + 5V ARGB, 120x120x25mm HDB, 800-1600rpm)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Montech AX120 PWM (ARGB подсветка корпуса) (MNT-AX120-W) (60шт./кор, 4pin PWM + 5V ARGB,120x120x25mm HDB, 800-1600rpm)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Montech RX120 PRO ARGB PWM (MNT-RX120PRO-B) (60шт./кор, 4pin PWM, 120x120x25mm HDB, 800-1600rpm)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Montech RX120 PWM (MNT-RX120-B) (60шт./кор, 4pin PWM, 120x120x25mm HDB, 800-1600rpm)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Project X M11 (60шт./кор, 6Pin, Hydraulic Bearing, (Chain link), ARGB, 120x120x25мм, 25.0дБ, 300-1100об/мин) Black ОЕМ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Project X M60 (60шт./кор, 6Pin, FDB, ARGB, 120x120x30мм, 21.47дБ, 300-1000об/мин) Black ОЕМ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Project X M60 REVERSE (60шт./кор, 6Pin, FDB, ARGB, 120x120x30мм, 22.52дБ, 300-1000об/мин) Black ОЕМ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Project X M65 (60шт./кор, 6Pin, Hydraulic Bearing, ARGB, 120x120x30мм, 26.8дБ, 300-1100об/мин) Black ОЕМ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Project X M65 REVERSE (60шт./кор, 6Pin, Hydraulic Bearing, ARGB, 120x120x30мм, 26.8дБ, 300-1100об/мин) Black ОЕМ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120mm Thermalright TL-B12RW-S (TL-B12RW-S) / (4пин PWM, ARGB Fan, 120x120x25.6мм, 41дБA, 3150 об/мин)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AS-140-ARGB-K (60шт./кор, 4Pin PWM, 140x140x25мм, резиновые углы, чёрный, 300-1800об/мин,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AS-140-ARGB-K DUET (НАБОР 2 в 1) 140x140x25мм (4Pin PWM, 27.2дБ, 300-2000об/мин)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AS-140-K (60шт./кор, PWM, 140x140x25мм, резиновые углы, черный, 300-1800об/мин,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AS-140-K DUET (НАБОР 2 в 1) (60шт./кор, PWM, 140x140x25мм, резиновые углы, черный, 300-1800об/мин, супертихий) BOX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AS-140-W (60шт./кор, PWM, 140x140x25мм, резиновые углы, белый, 300-1800об/мин, супертихий)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WF-14025-XT ARGB (60шт./кор, 4-pin PWM, ARGB,140x140x25мм, 16.8-31.2дБ, 500-1600 об/мин)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ID-Cooling WF-14025-XT ARGB WHITE (60шт./кор, 4-pin PWM, ARGB,140x140x25мм, 16.8-31.2дБ, 500-1600 об/мин)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Montech AX140 PWM (MNT-AX140-B) (60шт./кор, 4pin PWM, 140x140x25mm HDB, 800-1600rpm)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140mm Montech AX140 PWM (MNT-AX140-W) (60шт./кор, 4pin PWM, 140x140x25mm HDB, 800-1600rpm)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80mm ID-Cooling NO-8010-PWM (120шт./кор, PWM, 4pin, 80x80x10мм, черный, 800-3000об/мин)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80mm ID-Cooling NO-8025-SD (136шт./кор, 3пин, 80x80x25мм, 21дБ, 2000 об/мин)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92mm ID-Cooling NO-9225-SD (150шт./кор, 3pin, 92x92x25мм, черный, 1500об/мин)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92mm ID-Cooling TF-9215 ARGB PWM Ultra Slim 15mm (80шт./кор, PWM, 4pin, 92x92x15мм, черный, 800-2800об/мин)  BOX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Вентилятор 92mm ID-Cooling TF-9215-K (80шт./кор, PWM, 4pin, 92x92x15мм, черный, резиновые углы, 800-2800об/мин) BOX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Контроллер ID-Cooling RC-ARGB (160шт/кор, 5V, 3 pin)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Набор крепления Thermalright SST-AMD, AM2/AM3/AM4/FM1/FM2 фиксирует процессор в гнезде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Очистительное средство для снятия термопасты ID-Cooling FROST CLEANER X40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Радиатор для SSD M.2 2280 ID-Cooling ZERO M05 (160шт/кор)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Радиатор для SSD M.2 2280 ID-Cooling ZERO M15 (1xHeat Pipe) (160шт/кор)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Радиатор для SSD M.2 2280 ID-Cooling ZERO M25 (1xHeat Pipe) (36шт/кор)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Рамка для укрепления гнезда AMD AM5 ID-Cooling ABF-AM5, черная (160шт/кор)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Рамка для укрепления гнезда LGA 1700 ID-Cooling ABF-1700, черная (160шт/кор)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Рамка для укрепления гнезда LGA 1851 ID-Cooling ABF-1851, черная (160шт/кор)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Термоинтерфейс Thermalright Extreme Odyssey II Thermal Pad, размер 85x45 мм,толщина 3.0 мм (ODYSSEY-II-85X45-3.0)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2299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Термоинтерфейс Thermalright Extreme Odyssey II Thermal Pad, размер 85x45 мм,толщина 4.0 мм (ODYSSEY-II-85X45-4.0)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Arctic Cooling MX-6 (ACTCP00081A) 8гр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X05 3g (200шт/кор)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X05 5g (200шт/кор)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X25 2g (200шт/кор)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X25 4g (200шт/кор)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X45 2g (200шт/кор)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X45 4g (200шт/кор)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Термопаста ID-Cooling FROST X55 Core 4g (200шт/кор)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Мат. платы</w:t>
      </w:r>
    </w:p>
    <w:p>
      <w:pPr>
        <w:pStyle w:val="Heading2"/>
      </w:pPr>
      <w:r>
        <w:t>Socket 1200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H410M K 2.0 Soc-1200 (H410) PCI-Ex16 2xPCI-Ex1 M.2 1GbE LAN 2xDDR4 2933Mhz HDMI mATX RTL (нет поддержки 11 поколения)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290,27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H410M K Soc-1200 (Q470) PCI-Ex16 PCI-Ex1 M.2 1GbE LAN RGB RAID 0/1/10 2xDDR4 2933Mhz HDMI mATX RTL (нет поддержки 11 поколения)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 1700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PG LIGHTNING Soc-1700 (B760) 2xPCI-Ex16 3xM.2+M.2(WI-FI) 2.5GbE LAN RAID 0/1/5/10 4xDDR5 7200MHz+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PRO RS Soc-1700 (B760) 2xPCI-Ex16 2xM.2+M.2(WI-FI) 2.5GbE LAN RAID 0/1/5/10 4xDDR5 7200MHz+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PRO RS WIFI Soc-1700 (B760) 2xPCI-Ex16 3xM.2+M.2(WIFI/BT) 2.5GbE LAN WiFi 6E BT 5.3 3xARGB+RGB RAID 0/1/5/10 4xDDR5 7200MHz+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516,15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PRO RS/D4 Soc-1700 (B760) 2xPCI-E 4.0x16 PCI-E 4.0x1 M.2(WI-FI) 2xHyper M.2 2.5GbE LAN RAID 0/1/5/10 4xDDR4 5333MHz+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512,08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PRO RS/D4 WIFI Soc-1700 2xPCI-Ex16 PCI-Ex1 2xM.2+M.2(WI-FI) 2.5GbE LAN Wi-Fi 6E BT 5.3 RAID 0/1/5/10 4xDDR4 5333MHz+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560,85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PRO-A/D4 Soc-1700 (B760) 2xPCI-Ex16 PCI-Ex1 2xM.2+M.2(WIFI/BT) 2.5GbE LAN 3xARGB+RGB RAID 0/1/5/10 4xDDR4 5333MHz+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 PRO-A/D4 WIFI Soc-1700 (B760) 2xPCI-Ex16 PCI-Ex1 2xM.2+M.2(WIFI/BT) 2.5GbE LAN WiFi 6E BT 5.3 3xARGB+RGB RAID 0/1/5/10 4xDDR4 5333MHz+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B760M-H2/M.2 Soc-1700 (B760) PCI-Ex16 2xPCI-Ex1 2xM.2+M.2(WI-FI) 2.5GbE LAN RAID 0/1/5/10 2xDDR5 7200MHz+ 2xHDMI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325,20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B760M-HDV/M.2 D4 Soc-1700 (B760) PCI-Ex16 2xPCI-Ex1 2xM.2+M.2(WI-FI) 1GbE LAN RAID 0/1/5/10 2xDDR4 5333MHz+ VGA+HDMI+DP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B760M-HDV/M.2 Soc-1700 (B760) PCI-E 4.0x16 2xPCI-E 3.0x1 2xM.2+M.2(WI-FI) 1GbE LAN RAID 0/1/5/10 2xDDR5 7200MHz+ HDMI+D-Sub+DP mATX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331,71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H610M-H2/M.2 D5 Soc-1700 (H610) PCI-Ex16 PCI-Ex1 2xDDR5 5600MHz 2xHDMI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H610M-HDV/M.2 R2.0 Soc-1700 (H610) PCI-Ex16 PCI-Ex1 M.2 2xDDR4 3200MHz VGA+DP+HDMI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235,58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H610M-HDV/M.2+ D5 Soc-1700 (H610) PCI-Ex16 PCI-Ex1 M.2 1GbE LAN 2xDDR5 5600MHz+ HDMI+DP+VGA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Z790 PRO RS Soc-1700 (Z790) PCI-E 5.0x16 PCI-E 4.0x16 2xPCI-E 3.0x1M.2(WI-FI) 4xHyper M.2 2.5GbE LAN RAID 0/1/5/10 4xDDR5 6800MHz+ HDMI+DP+eDP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727,48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Z790 PRO RS WIFI Soc-1700 (Z790) 2xPCI-Ex16 2xPCI-Ex1 4xM.2+M.2(WI-FI) 2.5GbE LAN Wi-Fi 6E BT 5.3 CrossFire RAID 0/1/5/10 4xDDR5 7200MHz+ HDMI+DP+eDP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751,86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Z790 STEEL LEGEND WiFi Soc-1700 (Z790) 3xPCI-Ex16 5xM.2 M.2(Wi-FI/BT) 2.5GbE LAN Wi-Fi 6E BT 5.2 CrossFire RAID 0/1/5 4xDDR5 7200Hz+ DP+HDMI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875,83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ASUS PRIME B760M-PLUS Soc-1700 (B760) 2xPCI-Ex16 PCI-Ex1 2.5GbE LAN 2xM.2 4xDDR5 7200MHz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514,90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 GAMING X DDR4 GEN5 (B760 GAMING X D4 GEN5) Soc-1700 (B760) 3xPCI-Ex16 3xM.2 2.5GbE LAN 3xARGB+RGB RAID 0/1/5/10 4xDDR4 3200MHz+ HDMI+DP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AORUS ELITE WIFI6E GEN5 (B760M A E WF6E GEN5) Soc-1700 (B760) 2xPCI-Ex16 3xM.2 2.5GbE LAN Wi-Fi 6E BT 5.3 3xARGB+RGB RAID 0/1/5/10 4xDDR5 5600MHz+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711,22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D3HP DDR4 Soc-1700 (B760) PCI-Ex16 2xPCI-Ex1 2xM.2 1GbE LAN 4xDDR4 5333MHz+ VGA+HDMI+DP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364,96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D3HP Soc-1700 (B760) PCI-Ex16 2xPCI-Ex1 2xM.2 1GbE LAN ARGB+RGB RAID 0/1/5/10 4xDDR5 5600MHz+ VGA+HDMI+DP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381,81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D3HP WIFI6 Soc-1700 (B760) 3xPCI-Ex16 2xM.2 1GbE LAN Wi-Fi BT 5.3 ARGB+RGB RAID 0/1/5/10 4xDDR5 5600MHz+ VGA+HDMI+DP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484,44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DS3H AX DDR4 Soc-1700 (B760) PCI-Ex16 PCI-Ex1 2xM.2 2.5GbE LAN Wi-Fi 6E BT 5.2 4xDDR4 5333MHz+ HDMI+2xDP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DS3H DDR4 Soc-1700 (B760) PCI-E 4.0x16 PCI-E 3.0x1 2xM.2 2.5GbE LAN 4xDDR4 5333MHz+ VGA+HDMI+2xDP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390,15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DS3H GEN5 Soc-1700 (B760) 3xPCI-Ex16 2xM.2 2.5GbE LAN 2xARGB+RGB 4xDDR5 5600MHz+ VGA+HDMI+2xDP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388,52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DS3H WIFI6E GEN5 (B760M DS3H WF6E GEN5) Soc-1700 (B760) 3xPCI-Ex16 2xM.2 2.5GbE LAN Wi-Fi 6E BT 5.3 4xDDR5 5600MHz+ HDMI+2xDP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E Soc-1700 (B760) PCI-E x16 PCI-Ex1 2xM.2 1GbE LAN RGB RAID 0/1/5/10 2xDDR5 7200MHz+ VGA+HDMI+DP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312,76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GAMING X DDR4 GEN5 (B760M G X DDR4 GEN5) Soc-1700 (B760) 2xPCI-Ex16 2xM.2 2.5GbE LAN 3xARGB+RGB RAID 0/1/5/10 4xDDR4 3200MHz+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498,29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GAMING X WIFI6E GEN5 (B760M G X WF6E GEN5) Soc-1700 (B760) 2xPCI-Ex16 2xM.2 2.5GbE LAN Wi-Fi 6E BT 5.3 RAID 0/1/5/10 4xDDR5 5600MHz+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548,66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2339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H DDR4 Soc-1700 (B760) PCI-E x16 PCI-Ex1 2xM.2 1GbE LAN RAID 0/1/5/10 2xDDR4 3200MHz+ VGA+HDMI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314,88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B760M H V2 Soc-1700 (B760) PCI-Ex16 PCI-Ex1 M.2 1GbE LAN 2xARGB RAID 0/1/5/10 2xDDR5 8000MHz+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323,37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D3H WIFI DDR4 Soc-1700 (H610) PCI-Ex16 PCI-Ex1 2xM.2 Wi-Fi 6 BT 5.1 2xARGB 2xDDR4 3200MHz 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H V2 Soc-1700 (H610) PCI-Ex16 PCI-Ex1 M.2 2xDDR5 5600MHz VGA+HDMI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248,20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H V3 DDR4 Soc-1700 (H610) PCI-Ex16 PCI-Ex1 M.2 2xDDR4 3200MHz VGA+HDMI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228,40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K DDR4 Soc-1700 (H610) PCI-E 4.0x16 PCI-E 3.0x1 M.2 1GbE LAN 2xDDR4 3200MHz 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K V2 Soc-1700 (H610) PCI-Ex16 PCI-Ex1 M.2 1GbE LAN 2xDDR5 5600MHz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233,05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S2H V2 Soc-1700 (H610) PCI-Ex16 PCI-Ex1 M.2 2xDDR5 5600MHz VGA+DP+HDMI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251,56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H610M S2H V3 DDR4 Soc-1700 (H610) PCI-Ex16 PCI-Ex1 M.2 2xDDR4 3200MHz VGA+2*DP+HDMI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254,49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Z790 D AX Soc-1700 (Z790) 3xPCI-Ex16 2xPCI-Ex1 3xM.2 2.5GbE LAN RAID 0/1/5/10 4xDDR5 7600MHz+ HDMI+DP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Z790 D Soc-1700 (Z790) 3xPCI-Ex16 2xPCI-Ex1 3xM.2 2.5GbE LAN RAID 0/1/5/10 4xDDR5 7600MHz+ HDMI+DP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548,66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Z790 EAGLE AX Soc-1700 (Z790) 2xPCI-Ex16 2xPCI-Ex1 3xM.2 2.5GbE LAN Wi-Fi 6E BT 5.3 RAID 0/1/5/10 4xDDR5 7600MHz+ HDMI+DP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666,51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Z790 EAGLE Soc-1700 (Z790) 3xPCI-Ex16 PCI-Ex1 3xM.2 2.5GbE LAN 2xARGB RAID 0/1/5/10 4xDDR5 7600MHz+ HDMI+DP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621,81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B760M GAMING PLUS WIFI DDR4 Soc-1700 (B760) 2xPCI-Ex16 PCI-Ex1 2xM.2 RAID 0/1/5/10 2.5GbE LAN Wi-Fi 6E BT 5.3 2xARGB+RGB 4xDDR4 5333MHz+ 2xHDMI+2xDP mATX RTL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B760M-A DDR4 II Soc-1700 (B760) 2xPCI-Ex16 PCI-Ex1 2xM.2 2.5 GbE LAN 2xARGB+2xRGB RAID 0/1/5/10 4xDDR4 5333MHz+ 2xHDMI+2xDP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B760M-E DDR4 Soc-1700 (B760) PCI-Ex16 PCI-Ex1 M.2 1GbE LAN RAID 0/1/5/10 2xDDR4 4800MHz+ VGA+HDMI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323,07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B760M-P DDR4 Soc-1700 (B760) PCI-Ex16 2xPCI-Ex1 2xM.2 RAID 0/1/5/10 4xDDR4 4800MHz+ VGA+HDMI+DP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H610M-B Soc-1700 (H610) PCI-Ex16 PCI-Ex1 M.2 1GbE LAN 2xARGB+RGB 2xDDR5 5600MHz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216,62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H610M-E DDR4 Soc-1700 (H610) PCI-Ex16 PCI-Ex1 M.2 2xDDR4 3200MHz VGA+HDMI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235,58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H610M-E Soc-1700 (H610) PCI-Ex16 PCI-Ex1 M.2 2xDDR5 5600MHz VGA+HDMI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233,49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H610M-G DDR4 Soc-1700 (H610) PCI-Ex16 PCI-Ex1 M.2+M.2(WiFi) 2xDDR4 3200MHz VGA+HDMI+DP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H610M-S DDR4 Soc-1700 (H610) PCI-Ex16 PCI-Ex1 M.2 1GbE LAN 2xDDR4 3200MHz+ 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 1851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 LIGHTNING WIFI Soc-1851 (B860) 2xPCI-Ex16 4xM.2+M.2(Wi-Fi/BT) 2.5GbE LAN WiFi 6E BT 5.3 3xARGB+RGB RAID 0/1/5/10 4xDDR5 8933MHz+ Type-C+DP+HDMI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867,67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 LIVEMIXER WIFI Soc-1851 (B860) 2xPCI-Ex16 3xM.2+M.2(Wi-Fi/BT) 2.5GbE LAN WiFi 6E BT 5.3 3xARGB+RGB RAID 0/1/5/10 4xDDR5 8666MHz+ HDMI+USB Type-C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790,45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 PRO RS Soc-1851 (B860) 2xPCI-Ex16 3xM.2+M.2(WiFi/BT) 2.5GbE LAN 3xARGB+RGB RAID 0/1/5/10 4xDDR5 8666MHz+ DP+HDMI RGB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548,66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 PRO-A Soc-1851 (B860) 2xPCI-Ex16 3xM.2+M.2(WiFi/BT) 2.5GbE LAN 3xARGB+RGB RAID 0/1/5/10 4xDDR5 8666MHz+ DP+HDMI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514,13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 STEEL LEGEND WIFI Soc-1851 (B860) 2xPCI-Ex16 4xM.2+M.2(Wi-Fi/BT) 2.5GbE LAN WiFi 6E BT 5.3 3xARGB+RGB RAID 0/1/5/10 4xDDR5 8933MHz+ Type-C+DP+HDMI 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800,63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 LIGHTNING WIFI Soc-1851 (B860) PCI-Ex16 4xM.2+M.2(Wi-Fi/BT) 2.5GbE LAN WiFi 6E BT 5.3 3xARGB+RGB RAID 0/1/5/10 4xDDR5 8666MHz+ DP+HDMI+USB Type-C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751,86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 LIVEMIXER WIFI Soc-1851 (B860) PCI-Ex16 PCI-Ex4 3xM.2+M.2(Wi-Fi/BT) 2.5GbE LAN WiFi 6E BT 5.3 3xARGB+RGB RAID 0/1/5/10 4xDDR5 8666MHz+ HDMI+USB Type-C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658,38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 PRO RS Soc-1851 (B860) PCI-Ex16 PCI-Ex4 3xM.2+M.2(Wi-Fi/BT) 2.5GbE LAN 3xARGB+RGB RAID 0/1/5/10 4xDDR5 8666MHz+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 PRO-A Soc-1851 (B860) PCI-Ex16 PCI-Ex4 3xM.2+M.2(Wi-Fi/BT) 2.5GbE LAN 3xARGB+RGB RAID 0/1/5/10 4xDDR5 8666MHz+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 PRO-A WIFI Soc-1851 (B860) PCI-Ex16 PCI-Ex4 3xM.2+M.2(Wi-Fi/BT) 2.5GbE LAN WiFi 6E BT 5.3 3xARGB+RGB RAID 0/1/5/10 4xDDR5 8666MHz+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 STEEL LEGEND WIFI Soc-1851 (B860) PCI-Ex16 4xM.2+M.2(Wi-Fi/BT) 2.5GbE LAN WiFi 6E BT 5.3 3xARGB+RGB RAID 0/1/5/10 4xDDR5 8666MHz+ DP+HDMI+USB Type-C mATX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711,22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B860M-H2 Soc-1851 (B860) PCI-Ex16 2xPCI-Ex4 PCI-Ex1 2xM.2+M.2(WiFi/BT) 1GbE LAN 3xARGB+RGB RAID 0/1/5/10 2xDDR5 8333MHz+ 2xHDMI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377,97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Z890 PRO RS Soc-1851 (Z890) PCI-Ex16 PCI-Ex4 PCI-Ex1 4xM.2+M.2 (WiFi/BT) 2.5GbE LAN 3xARGB+RGB RAID 0/1/5/10 4xDDR5 9066MHz+ 2xType-C+DP+HDMI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890,36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Z890 PRO-A Soc-1851 (Z890) PCI-Ex16 2xPCI-Ex4 PCI-Ex1 4xM.2+M.2 (WiFi/BT) 2.5GbE LAN 3xARGB+RGB RAID 0/1/5/10 4xDDR5 9066MHz+ DP+HDMI+Type-C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670,58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Z890 PRO-A WIFI Soc-1851 (Z890) PCI-Ex16 2xPCI-Ex4 PCI-Ex1 4xM.2+M.2 (WiFi/BT) 2.5GbE LAN WiFi 6E BT 5.3 3xARGB+RGB RAID 0/1/5/10 4xDDR5 9066MHz+ DP+HDMI+Type-C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Z890 Taichi Lite Soc-1851 (Z890) 2xPCI-Ex16 6xM.2+M.2 (WiFi/BT) 2.5+5GbE LAN WiFi 7 BT 5.4 3xARGB+RGB RAID 0/1/5/10 4xDDR5 9600MHz+ 2xType-C+HDMI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1 543,29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 GAMING X WIFI6E Soc-1851 (B860) 3xPCI-Ex16 3xM.2 2.5GbE LAN WiFi 6E BT 5.3 3xARGB+RGB RAID 0/1/5/10 4xDDR5 9066MHz+ Type-C+DP+HDMI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B860M AORUS ELITE WIFI6E (B860M A ELITE WIFI6E) Soc-1851 (B860) 2xPCI-Ex16 3xM.2 2.5GbE LAN WiFi 6E BT 5.3 3xARGB+RGB RAID 0/1/5/10 4xDDR5 9200MHz+ DP+HDMI+Type-C+HDMI(front)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772,18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B860M AORUS ELITE WIFI6E ICE (B860M A ELT WF6E ICE) Soc-1851 (B860) 2xPCI-Ex16 3xM.2 2.5GbE LAN WiFi 6E BT 5.3 3xARGB+RGB RAID 0/1/5/10 4xDDR5 9200MHz+ DP+HDMI+Type-C+HDMI(front) White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B860M D3HP Soc-1851 (B860) PCI-Ex16 PCI-Ex1 2xM.2 1GbE LAN 2xARGB+RGB RAID 0/1/5/10 4xDDR5 9066MHz+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B860M EAGLE V2 Soc-1851 (B860) 2xPCI-Ex16 2xM.2 2.5GbE LAN 3xARGB RAID 0/1/5/10 2xDDR5 9066MHz+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B860M GAMING WIFI6 Soc-1851 (B860) 2xPCI-Ex16 2xM.2 2.5GbE LAN WiFi 6E BT 5.3 3xARGB+RGB RAID 0/1/5/10 4xDDR5 9066MHz+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670,58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B860M GAMING X WIFI6E Soc-1851 (B860) 2xPCI-Ex16 2xM.2 2.5GbE LAN WiFi 6E BT 5.3 3xARGB+RGB RAID 0/1/5/10 4xDDR5 9200MHz+ Type-C+DP+HDMI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H810M H Soc-1851 (H810) PCI-Ex16 PCI-Ex1 M.2 1GbE LAN 2xARGB RAID 0/1/5/10 2xDDR5 6400MHz HDMI+VGA mATX RTL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H810M K Soc-1851 (H810) PCI-Ex16 PCI-Ex1 M.2 1GbE LAN RAID 0/1/5/10 2xDDR5 6400MHz HDMI+DP mATX RTL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326,44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H810M S2H Soc-1851 (H810) PCI-Ex16 PCI-Ex1 M.2 1GbE LAN 2xARGB RAID 0/1/5/10 2xDDR5 6400MHz HDM+DPI+VGA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Z890 AORUS ELITE WIFI7 (Z890 A ELITE WIFI7) Soc-1851 (Z890) 3xPCI-Ex16 4xM.2 2.5GbE LAN WiFi 7 BT 5.4 3xARGB+RGB RAID 0/1/5/10 4xDDR5 9200MHz+ Type-C+DP+HDMI(Front)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1 020,94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Z890 AORUS ELITE WIFI7 ICE (Z890 A ELITE WF7 ICE) Soc-1851 (Z890) 3xPCI-Ex16 4xM.2 2.5GbE LAN WiFi 7 BT 5.4 3xARGB+RGB RAID 0/1/5/10 4xDDR5 9200MHz+ Type-C+DP+HDMI(Front)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1 060,52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Z890 AORUS ELITE X ICE (Z890 A ELITE X ICE) Soc-1851 (Z890) 3xPCI-Ex16 5xM.2 2.5GbE LAN WiFi 7 BT 5.4 3xARGB+RGB RAID 0/1/5/10 4xDDR5 9500MHz+ Type-C+HDMI(Front) 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1 115,92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Z890M AORUS ELITE WIFI7 ICE (Z890M A ELITE WF7 ICE) Soc-1851 (Z890) 2xPCI-Ex16 3xM.2 2.5GbE LAN WiFi 7 BT 5.4 3xARGB+RGB RAID 0/1/5/10 4xDDR5 9200MHz+ Type-C+DP+HDMI(Front) mATX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891,91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Z890M GAMING X Soc-1851 (Z890) 2xPCI-Ex16 3xM.2 2.5GbE LAN 2xARGB+RGB RAID 0/1/5/10 4xDDR5 9066MHz+ HDMI+2xDP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792,51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 AM4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A520M-HDV Soc-AM4 (A520) 1xPCI-Ex16 1xPCI-Ex1  1xUltra M.2 2xDDR4 4733+Mhz DVI+VGA+HDMI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212,46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A520M-HVS Soc-AM4 (A520) 1xPCI-Ex16 1xPCI-Ex1  1xUltra M.2 2xDDR4 4733+Mhz VGA+HDMI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208,25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B550 PRO4 Soc-AM4 (B550) 2xPCI-Ex16 2xPCI-Ex1 2xM.2+M.2(WiFi/BT) 1GbE LAN 2xARGB+2xRGB RAID 0/1/10 CrossFireX 4xDDR4 4733MHz VGA+HDMI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B550M PHANTOM GAMING 4 Soc-AM4 (B550) 2xPCI-Ex16 PCI-Ex1 2xM.2 2xARGB+2xRGB 4xDDR4 4533MHz+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B550M PRO4 Soc-AM4 (B550) 2xPCI-Ex16 1xPCI-Ex1 2xM.2+M.2(WiFi/BT) 1GbE LAN 2xARGB+2xRGB RAID 0/1/10 CrossFireX 4xDDR4 4733MHz DP+VGA+HDMI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B550M-HDV Soc-AM4 (B550) PCI-Ex16 PCI-Ex1 M.2 1GbE LAN RAID 0/1/10 2xDDR4 4733+MHz VGA+DVI-D+HDMI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ASUS PRIME B550M-K Soc-AM4 (B550) PCI-E Dsub+DVI+HDMI GbLAN SATA MicroATX 4DDR4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323,92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2399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A520M DS3H V2 Soc-AM4 (A520) PCI-Ex16 PCI-Ex1 M.2 1GbE LAN RAID 0/1/10 4xDDR4 4733Mhz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235,17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A520M H ARGB Soc-AM4 (A520) PCI-Ex16 PCI-Ex1 M.2 3xARGB+RGB RAID 0/1/10 2xDDR4 5100Mhz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A520M K V2 Soc-AM4 (A520) PCI-Ex16 PCI-Ex1 M.2 2xDDR4 5100Mhz VGA+HDMI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216,62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 AORUS ELITE V2 Soc-AM4 (B550) 3xPCI-Ex16 PCI-Ex1 2xM.2 2.5GbE LAN 2xARGB+2xRGB RAID 0/1/10 4xDDR4 4600MHz+ DP+HDMI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564,92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 EAGLE Soc-AM4 (B550) 2xPCI-Ex16 2xM.2 1GbE LAN 2xARGB+2xRGB 4xDDR4 3200Mhz 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369,84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 EAGLE WIFI6 Soc-AM4 (B550) 2xPCI-Ex16 2xM.2 1GbE LAN Wi-Fi 6 BT 5.3 2xARGB+2xRGB 4xDDR4 3200Mhz 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471,44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 GAMING X V2 Soc-AM4 (B550) 2xPCI-Ex16 3xPCI-Ex1 2xM.2 1GbE LAN 2xARGB+3xRGB RAID 0/1/10 4xDDR4 4733Mhz DVI-D+HDMI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B550M AORUS ELITE Soc-AM4 (B550) 2xPCI-Ex16 PCI-Ex1 2xM.2 2xARGB+3xRGB RAID 0/1/10 4xDDR4 4733MHz+ DVI-D+HDMI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424,72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B550M DS3H AC R2 Soc-AM4 (B550) 2xPCI-Ex16 PCI-Ex1 2xM.2 Wi-Fi AC 3168 4xDDR4 4733MHz+ DVI-D+HDMI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B550M DS3H R2 Soc-AM4 (B550) 2xPCI-Ex16 PCI-Ex1 2xM.2 4xDDR4 3200MHz+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348,31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B550M GAMING X WIFI6 Soc-AM4 (B550) 2xPCI-Ex16 PCI-Ex1 2xM.2 1GbE LAN Wi-Fi 6 BT 5.3 2xARGB+3xRGB RAID 0/1/10 4xDDR4 3200MHz+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469,42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B550M K Soc-AM4 (B550) PCI-Ex16 PCI-Ex1 2xM.2 1GbE LAN RAID 0/1/10 4xDDR4 4733MHz+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A520M-A PRO Soc-AM4 (A520) PCI-Ex16 2xPCI-Ex1 M.2 1GbE LAN RAID 0/1/10 2xDDR4 4600Mhz DVI+HDMI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214,55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B550M PRO-VDH Soc-AM4 (B550) PCI-E 4.0x16 1xPCI-E 3.0x16 2xPCI-Ex1 2xUltra M.2 4xDDR4 4400MHz+ DP+HDMI+VGA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376,55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B550M-A PRO Soc-AM4 (B550) PCI-E 4.0x16 PCI-Ex1 Ultra M.2 2xDDR4 4600MHz+ HDMI+DVI-D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298,68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A520M-S Soc-AM4 (A520) PCI-Ex16 PCI-Ex1 M.2 1GbE LAN RAID 0/1/10 2xDDR4 4600Mhz 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B550M-B Soc-AM4 (B550) PCI-Ex16 2xM.2 1GbE LAN 3xARGB+RGB 2xDDR4 4600MHz+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353,36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Socket AM5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 PG LIGHTNING Soc-AM5 (B650) 2xPCI-E 4.0x16 2xPCI-E 4.0x1 3xM.2+M.2(WiFi) RAID 0/1/10 4xDDR5 6400MHz+ 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548,26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 PRO RS Soc-AM5 (B650) PCI-E 4.0x16 PCI-E 4.0x1 PCI-E 3.0x16 3xM.2+M.2(WiFi) RAID 0/1/10 4xDDR5 6400MHz+ HDMI+DP RGB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629,94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 PRO RS WIFI Soc-AM5 (B650) 2xPCI-Ex16 PCI-Ex1 3xM.2+M.2(WiFi/BT) 2.5GbE LAN WiFi 6E BT 5.2 3xARGB+RGB RAID 0/1/10 4xDDR5 7200MHz+ HDMI+DP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658,38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 STEEL LEGEND WIFI Soc-AM5 (B650) 2xPCI-Ex16 PCI-Ex1 3xM.2+M.2(Wi-Fi/BT) 2.5GbE LAN Wi-Fi 6E BT 5.2 RAID 0/1/10 4xDDR5 7200MHz+ DP+HDMI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694,57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 PG LIGHTNING Soc-AM5 (B650) 2xPCI-Ex16 3xM.2+M.2(WiFi) 3xARGB+RGB 2.5GbE LAN RAID 0/1/10 4xDDR5 7200MHz+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418,39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 PRO RS Soc-AM5 (B650) 2xPCI-Ex16 3xM.2+M.2(WiFi) 2.5GbE LAN RAID 0/1/10 4xDDR5 6000MHz+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 PRO X3D Soc-AM5 (B650) PCI-Ex16 PCI-Ex4 3xM.2+M.2(WiFi/BT) 2.5GbE LAN 3xARGB+RGB RAID 0/1/10 4xDDR5 8000MHz+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 PRO X3D WIFI Soc-AM5 (B650) PCI-Ex16 PCI-Ex4 3xM.2+M.2(WiFi/BT) 2.5GbE LAN WiFi 6E BT 5.2 3xARGB+RGB RAID 0/1/10 4xDDR5 8000MHz+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B650M-H/M.2+ Soc-AM5 (B650) PCI-Ex16 2xPCI-Ex1 2xM.2+M.2(WiFi) GbE LAN RAID 0/1/10 2xDDR5 6400MHz+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B650M-H/M.2+ WIFI Soc-AM5 (B650) PCI-Ex16 2xPCI-Ex1 2xM.2+M.2(WiFi) 1GbE LAN WiFi BT 5.0 RAID 0/1/10 2xDDR5 6400MHz+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B650M-HDV/M.2 Soc-AM5 (B650) 2xPCI-Ex16 PCI-Ex1 2xM.2+M.2(WiFi) 2.5GbE LAN RAID 0/1/10 2xDDR5 6400MHz+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B840M-HVS Soc-AM5 (B840) PCI-Ex16 PCI-Ex1 2xM.2+M.2(WiFi/BT) 1GbE LAN 3xARGB+RGB RAID 0/1/10 2xDDR5 6800MHz+ HDMI+VGA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 PRO RS Soc-AM5 (B850) 2xPCI-Ex16 4xM.2+M.2(Wi-Fi/BT) 2.5GbE LAN 3xARGB+RGB RAID 0/1/10 4xDDR5 8000MHz+ HDMI+USB Type-C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 PRO-A Soc-AM5 (B850) 2xPCI-Ex16 4xM.2+M.2(Wi-Fi/BT) 2.5GbE LAN 3xARGB+RGB RAID 0/1/10 4xDDR5 8000MHz+ HDMI+USB Type-C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666,12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 RIPTIDE WIFI Soc-AM5 (B850) 2xPCI-Ex16 4xM.2+M.2(Wi-Fi/BT) 2.5GbE LAN WiFi 7 BT 5.4 3xARGB+RGB RAID 0/1/10 4xDDR5 8000MHz+ 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898,28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PRO RS Soc-AM5 (B850) PCI-Ex16 PCI-Ex4 3xM.2+M.2(Wi-Fi/BT) 2.5GbE LAN 3xARGB+RGB RAID 0/1/10 4xDDR5 8000MHz+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585,23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PRO RS WIFI Soc-AM5 (B850) PCI-Ex16 PCI-Ex4 3xM.2+M.2(Wi-Fi/BT) 2.5GbE LAN Wi-Fi 6E BT 5.2 3xARGB+RGB RAID 0/1/10 4xDDR5 8000MHz+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625,87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PRO RS WIFI White Soc-AM5 (B850) PCI-Ex16 PCI-Ex4 3xM.2+M.2(Wi-Fi/BT) 2.5GbE LAN Wi-Fi 6E BT 5.2 3xARGB+RGB RAID 0/1/10 4xDDR5 8000MHz+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609,62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PRO-A Soc-AM5 (B850) PCI-Ex16 PCI-Ex4 3xM.2+M.2(Wi-Fi/BT) 2.5GbE LAN 3xARGB+RGB RAID 0/1/10 4xDDR5 8000MHz+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507,62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PRO-A WIFI Soc-AM5 (B850) PCI-Ex16 PCI-Ex4 3xM.2+M.2(Wi-Fi/BT) 2.5GbE LAN WiFi 6E BT 5.2 3xARGB+RGB RAID 0/1/10 4xDDR5 8000MHz+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RIPTIDE WIFI Soc-AM5 (B850) PCI-Ex16 PCI-Ex4 3xM.2+M.2(Wi-Fi/BT) 2.5GbE LAN Wi-Fi 7 BT 5.4 3xARGB+RGB RAID 0/1/10 4xDDR5 8000MHz+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723,41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 STEEL LEGEND WIFI Soc-AM5 (B850) PCI-Ex16 PCI-Ex4 3xM.2+M.2(Wi-Fi/BT)  2.5GbE LAN Wi-Fi 7 BT 5.4 3xARGB+RGB RAID 0/1/10 4xDDR5 8000MHz+ HDMI+DP mATX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B850M-X R2.0 Soc-AM5 (B850) 2xPCI-Ex16 PCI-Ex1 2xM.2+M.2(Wi-Fi/BT) 2.5GbE LAN Wi-Fi 6E BT 5.2 3xARGB+RGB RAID 0/1/10 2xDDR5 8200MHz+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463,31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2439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B850M-X WIFI R2.0 Soc-AM5 (B850) 2xPCI-Ex16 PCI-Ex1 2xM.2+M.2(Wi-Fi/BT) 2.5GbE LAN Wi-Fi 6E BT 5.2 3xARGB+RGB RAID 0/1/10 2xDDR5 8200MHz+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X870 PRO RS Soc-AM5 (X870) 2xPCI-Ex16 3xM.2 2.5GbE LAN 3xARGB+RGB RAID 0/1/10 4xDDR5 8000MHz+ HDMI+2xUSB Type-C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816,89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X870 PRO RS WIFI Soc-AM5 (X870) 2xPCI-Ex16 3xM.2+M.2(Wi-Fi/BT) 2.5GbE LAN Wi-Fi 7 BT 5.4 3xARGB+RGB RAID 0/1/10 4xDDR5 8000MHz+ HDMI+2xUSB Type-C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890,36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X870 RIPTIDE WIFI Soc-AM5 (X870) 2xPCI-Ex16 3xM.2+M.2(Wi-Fi/BT) 2.5GbE LAN Wi-Fi 7 BT 5.4 3xARGB+RGB RAID 0/1/10 4xDDR5 8000MHz+ HDMI+2xUSB Type-C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1 009,08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ASRock X870 STEEL LEGEND WIFI Soc-AM5 (X870) 2xPCI-Ex16 3xM.2+M.2(Wi-Fi/BT) 2.5GbE LAN Wi-Fi 7 BT 5.4 3xARGB+RGB RAID 0/1/10 4xDDR5 8000MHz+ HDMI+2xUSB Type-C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914,90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ASUS TUF GAMING B650M-E Soc-AM5 (B650) PCI-Ex16 2xPCI-Ex1 2xM.2 2.5GbE LAN RAID 0/1/10 4xDDR5 7600MHz+ 2xDP+HDMI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606,79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A620M DS3H Soc-AM5 (A620) PCI-Ex16  PCI-Ex1 M.2 1GbE LAN RAID 0/1/10 4xDDR5 7600MHz+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316,35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A620M GAMING X Soc-AM5 (A620) PCI-Ex16 PCI-Ex1 M.2 RAID 0/1/10 2.5GbE LAN 4xDDR5 6400MHz+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362,94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A620M H (rev.2.2) Soc-AM5 (A620A) PCI-Ex16 PCI-Ex1 M.2 1GbE LAN RAID 0/1/10 2xDDR5 6400MHz+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285,83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A620M H Soc-AM5 (A620) PCI-Ex16 PCI-Ex1 M.2 1GbE LAN RAID 0/1/10 2xDDR5 6400MHz+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285,83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 EAGLE AX Soc-AM5 (B650) 4xPCI-Ex16 3xM.2 1GbE LAN Wi-Fi 6E BT 5.3 RAID 0/1/10 4xDDR5 7600MHz+ DP+HDMI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450,59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 EAGLE Soc-AM5 (B650) 4xPCI-Ex16 3xM.2 1GbE LAN RAID 0/1/10 4xDDR5 7600MHz+ DP+HDMI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469,42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 GAMING X AX V2 Soc-AM5 (B650) 3xPCI-Ex16 3xM.2 RAID 0/1/10 2.5GbE LAN Wi-Fi 6E BT 5.2 4xDDR5 6400MHz+ DP+HDMI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B650E AORUS ELITE X AX ICE (B650E A ELITE X ICE) Soc-AM5 (B650) 3xPCI-Ex16 3xM.2 RAID 0/1/10 2.5GbE LAN Wi-Fi 6E BT 5.3 4xDDR5 8000MHz+ Type-C+HDMI 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890,36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B650E AORUS STEALTH ICE (B650E A STEALTH ICE) Soc-AM5 (B650) PCI-Ex16 3xM.2 RAID 0/1/10 2.5GbE LAN Wi-Fi 7 BT 5.4 4xDDR5 8000MHz+ Type-C+HDMI+HDMI(front)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977,24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B650E EAGLE Soc-AM5 (B650) 4xPCI-Ex16 3xM.2 RAID 0/1/10 2.5GbE LAN 4xDDR5 8200MHz+ HDMI+DP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607,98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B650E EAGLE WIFI6E (B650E EAGLE WF6E) Soc-AM5 (B650) 4xPCI-Ex16 3xM.2 RAID 0/1/10 2.5GbE LAN Wi-Fi 6E BT 5.3 4xDDR5 8300MHz+ HDMI+DP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533,63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B650I AX Soc-AM5 (B650) PCI-Ex16 M.2 2.5GbE LAN Wi-Fi 6E BT 5.3 ARGB+RGB 2xDDR5 6400MHz+ DP+HDMI mini-ITX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540,53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AORUS ELITE AX ICE (B650M A ELITE AX ICE) Soc-AM5 (B650) 2xPCI-Ex16 2xM.2 RAID 0/1/10 2.5GbE LAN WI-FI 6E BT 5.3 4xDDR5 8000MHz+ HDMI+DP mATX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600,07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AORUS ELITE Soc-AM5 (B650) 2xPCI-Ex16 2xM.2 RAID 0/1/10 2.5GbE LAN 2xARGB+2xRGB 4xDDR5 8000MHz+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D3HP AX Soc-AM5 (B650) PCI-Ex16 PCI-Ex1 2xM.2 RAID 0/1/10 2.5GbE LAN WI-FI 6E BT 5.3 4xDDR5 7600MHz+ HDMI+2xDP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410,48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D3HP Soc-AM5 (B650) PCI-Ex16 PCI-Ex1 2xM.2 RAID 0/1/10 2.5GbE LAN 4xDDR5 7600MHz+ HDMI+2xDP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347,51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GAMING PLUS WIFI (B650M GAMING PLUS WF) Soc-AM5 (B650) PCI-Ex16 PCI-Ex1 2xM.2 RAID 0/1/10 2.5GbE LAN Wi-Fi 6E BT 5.3 2xARGB+RGB 4xDDR5 8000MHz+ HDMI+2xDP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523,84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GAMING WIFI6E Soc-AM5 (B650) PCI-Ex16 PCI-Ex1 M.2 2.5GbE LAN Wi-Fi 6E BT 5.3 2xARGB+RGB RAID 0/1/10 2xDDR5 6400MHz+ HDMI+VGA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B650M S2H Soc-AM5 (B650) PCI-Ex16 PCI-Ex1 M.2 RAID 0/1/10 GbE LAN 2xDDR5 6400MHz+ HDMI+VGA+DP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349,16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AORUS ELITE WIFI6E (B840M A ELITE WIFI6E) Soc-AM5 (B840) 2xPCI-Ex16 2xM.2 2.5GbE LAN WiFi 6E BT 5.3 3xARGB+RGB RAID 0/1/10 4xDDR5 8200MHz+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530,10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D2H Soc-AM5 (B840) 2xPCI-Ex16 2xM.2 2.5GbE LAN 2xARGB+RGB RAID 0/1/10 2xDDR5 7600MHz+ 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D3HP Soc-AM5 (B840) PCI-Ex16 PCI-Ex1 2xM.2 1GbE LAN 3xARGB+RGB RAID 0/1/10 4xDDR5 8200MHz+ 2xDP+HDMI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D3HP WIFI6E (B840M D3HP WF6E) Soc-AM5 (B840) PCI-Ex16 PCI-Ex1 2xM.2 1GbE LAN Wi-Fi 6E BT 5.3 3xARGB+RGB RAID 0/1/10 4xDDR5 8200MHz+ 2xDP+HDMI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451,12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DS3H Soc-AM5 (B840) 2xPCI-Ex16 2xM.2 2.5GbE LAN 2xARGB+RGB RAID 0/1/10 4xDDR5 8200MHz+ 2xDP+HDMI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429,99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2469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DS3H WF6 Soc-AM5 (B840) 2xPCI-Ex16 2xM.2 2.5GbE LAN WiFi 6E BT 5.3 2xARGB+RGB RAID 0/1/10 4xDDR5 8200MHz+ 2xDP+HDMI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470,02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EAGLE WIFI6 Soc-AM5 (B840) 2xPCI-Ex16 2xM.2 2.5GbE LAN WiFi 6 BT 5.3 2xARGB+RGB RAID 0/1/10 2xDDR5 7600MHz+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489,74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B840M H Soc-AM5 (B840) PCI-Ex16 PCI-Ex1 M.2 1GbE LAN 2xARGB+RGB RAID 0/1/10 2xDDR5 7200MHz+ HDMI+DP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349,90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 AORUS ELITE WIFI7 ICE (B850 A ELITE WF7 ICE) Soc-AM5 (B850) 3xPCI-Ex16 3xM.2 2.5GbE LAN WiFi 7 BT 5.4 3xARGB+RGB RAID 0/1/10 4xDDR5 8200MHz+ DP+HDMI(front) 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841,27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 AORUS STEALTH ICE (B850 A STEALTH ICE) Soc-AM5 (B850) 2xPCI-Ex16 2xM.2 2.5GbE LAN WiFi 7 BT 5.4 3xARGB+RGB RAID 0/1 4xDDR5 8200MHz+ HDMI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1 169,94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 EAGLE ICE Soc-AM5 (B850) 4xPCI-Ex16 3xM.2 2.5GbE LAN 3xARGB+RGB RAID 0/1/10 4xDDR5 8200MHz+ DP+HDMI White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 EAGLE WIFI7 ICE (B850 EAGLE WF7 ICE) Soc-AM5 (B850) 4xPCI-Ex16 3xM.2 2.5GbE LAN WiFi 7 BT 5.4 3xARGB+RGB RAID 0/1/10 4xDDR5 8200MHz+ DP+HDMI White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671,46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 GAMING WIFI6 (B850 GAMING WF6) Soc-AM5 (B850) 4xPCI-Ex16 3xM.2 1GbE LAN WiFi 6 BT 5.3 3xARGB+RGB RAID 0/1/10 4xDDR5 8200MHz+ DP+HDMI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653,79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AORUS ELITE WIFI6E (B850M A ELT WF6E) Soc-AM5 (B850) 2xPCI-Ex16 2xM.2  2.5GbE LAN WiFi 6E BT 5.3 3xARGB+RGB RAID 0/1/10 4xDDR5 8200MHz+ DP+HDMI(Front)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764,05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AORUS ELITE WIFI6E ICE (B850M A ELT WF6E ICE) Soc-AM5 (B850) 2xPCI-Ex16 2xM.2  2.5GbE LAN WiFi 6E BT 5.3 3xARGB+RGB RAID 0/1/10 4xDDR5 8200MHz+ DP+HDMI(Front) mATX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808,76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2479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DS3H Soc-AM5 (B850) 2xPCI-Ex16 2xM.2  2.5GbE LAN 3xARGB+RGB RAID 0/1/10 4xDDR5 8200MHz+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466,49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EAGLE WIFI6E (B850M EAGLE WF6E) Soc-AM5 (B850) 2xPCI-Ex16 2xM.2  2.5GbE LAN WiFi 6E BT 5.3 3xARGB+RGB RAID 0/1/10 4xDDR5 8200MHz+ 2xDP+HDMI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583,11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EAGLE WIFI6E ICE (B850M EAGLE WF6E ICE) Soc-AM5 (B850) 2xPCI-Ex16 2xM.2  2.5GbE LAN WiFi 6E BT 5.3 3xARGB+RGB RAID 0/1/10 4xDDR5 8200MHz+ 2xDP+HDMI mATX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666,51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EAGLE WIFI7 (B850M EAGLE WF7) Soc-AM5 (B850) 2xPCI-Ex16 2xM.2  2.5GbE LAN WiFi 7 BT 5.4 3xARGB+RGB RAID 0/1/10 4xDDR5 8200MHz+ 2xDP+HDMI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711,22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FORCE Soc-AM5 (B850) 2xPCI-Ex16 3xM.2 2.5GbE LAN 3xARGB+RGB RAID 0/1/10 2xDDR5 9600MHz+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518,19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FORCE WIFI6E (B850M FORCE WF6E) Soc-AM5 (B850) 2xPCI-Ex16 3xM.2  2.5GbE LAN Wi-Fi 6E BT 5.3 3xARGB+RGB RAID 0/1/10 2xDDR5 9600MHz+ DP+HDMI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B850M GAMING X WIFI6E (B850M GAMING X WF6E) Soc-AM5 (B850) 2xPCI-Ex16 2xM.2  2.5GbE LAN WiFi 6E BT 5.3 3xARGB+RGB RAID 0/1/10 4xDDR5 8200MHz+ DP+HDMI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629,05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 AORUS ELITE WIFI7 ICE (X870 A ELITE WF7 ICE) Soc-AM5 (X870) 3xPCI-Ex16 4xM.2 2.5GbE LAN WiFi 7 BT 5.4 3xARGB+RGB RAID 0/1/10 4xDDR5 8200MHz+ HDMI+2xUSB Type-C+HDMI(Front) 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1 062,51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 AORUS ELITE X3D ICE (X870 A ELITE X ICE) Soc-AM5 (X870) 2xPCI-Ex16 2xM.2 5GbE LAN Wi-Fi 7 BT 5.4 3xARGB+RGB RAID 0/1/10 4xDDR5 8800MHz+ HDMI+2xType-C+HDMI(front)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1 123,83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 AORUS STEALTH ICE (X870 A STEALTH ICE) Soc-AM5 (X870) 2xPCI-Ex16 4xM.2 5GbE LAN WiFi 7 BT 5.3 3xARGB+RGB RAID 0/1 4xDDR5 8200MHz+ HDMI+2xUSB Type-C ATX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1 325,65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2489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 EAGLE WIFI7 Soc-AM5 (X870) 3xPCI-Ex16 3xM.2 2.5GbE LAN WiFi 7 BT 5.4 3xARGB+RGB RAID 0/1/10 4xDDR5 8200MHz+ HDMI+2xUSB Type-C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873,79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 GAMING WIFI6 (X870 GAMING WF6) Soc-AM5 (X870) 3xPCI-Ex16 3xM.2 2.5GbE LAN WiFi 6 BT 5.3 3xARGB+RGB RAID 0/1/10 4xDDR5 8200MHz+ HDMI+2xUSB Type-C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818,93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X870E AORUS ELITE WIFI7 ICE (X870E A ELITE WF7 ICE) Soc-AM5 (X870E) 3xPCI-Ex16 4xM.2 2.5GbE LAN Wi-Fi 7 BT 5.4 3xARGB+RGB RAID 0/1/10 4xDDR5 8200MHz+ HDMI+2xUSB Type-C+HDMI(Front) ATX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1 202,97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X870E AORUS PRO X3D ICE (X870E A PRO X ICE) Soc-AM5 (X870E) 3xPCI-Ex16 4xM.2 5GbE LAN Wi-Fi 7 BT 5.4 3xARGB+RGB RAID 0/1/10 4xDDR5 9000MHz+ HDMI+2xUSB Type-C+HDMI(Front)White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1 424,57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X870E EAGLE WIFI7 Soc-AM5 (X870E) Soc-AM5 (X870E) 3xPCI-Ex16 4xM.2 5GbE LAN Wi-Fi 7 BT 5.4 3xARGB+RGB RAID 0/1/10 4xDDR5 8200MHz+ HDMI+2xType-C 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1 028,86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X870E EAGLE X3D WIFI7 (X870E EAGLE X WF7) Soc-AM5 (X870E) 3xPCI-Ex16 4xM.2 5GbE LAN Wi-Fi 7 BT 5.4 3xARGB+RGB RAID 0/1/10 4xDDR5 9000MHz+ HDMI+2xType-C 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1 226,72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X870M AORUS ELITE WIFI7 (X870M A ELITE WF7) Soc-AM5 (X870) 2xPCI-Ex16 2xM.2 2.5GbE LAN WiFi 7 BT 5.4 3xARGB+RGB RAID 0/1/5/10 4xDDR5 8200MHz+ HDMI+2xType-C+HDMI(Front)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981,37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Gigabyte X870M AORUS ELITE WIFI7 ICE (X870M A ELITE WF7 ICE) Soc-AM5 (X870) 2xPCI-Ex16 2xM.2 2.5GbE LAN WiFi 7 BT 5.4 3xARGB+RGB RAID 0/1/5/10 4xDDR5 8200MHz+ HDMI+2xType-C+HDMI(Front)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1 009,08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A620AM-B EVO Soc-AM5 (A620A) PCI-Ex16 PCI-Ex1 M.2 2.5GbE LAN ARGB+RGB RAID 0/1/10 2xDDR5 6800MHz+ HDMI+VGA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290,27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B650-S WIFI Soc-AM5 (B650) 2xPCI-Ex16 PCI-Ex1 2xM.2 2.5GbE LAN 2xARGB+2xRGB RAID 0/1 4xDDR5 7200MHz+ DP+HDMI ATX RTL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483,63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2499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B650M-B Soc-AM5 (B650) PCI-Ex16 PCI-Ex1 M.2 RAID 0/1/10 2xDDR5 6800MHz+ HDMI+VGA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380,19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B650M-P Soc-AM5 (B650) PCI-Ex16 2xPCI-Ex1 2xM.2 RAID 0/1/10 4xDDR5 7200MHz+ DP+HDMI+VGA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400,05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B840M-B Soc-AM5 (B840) PCI-Ex16 PCI-Ex1 2xM.2 2.5GbE LAN 3xARGB+RGB RAID 0/1/10 2xDDR5 8000MHz+ VGA+HDMI mATX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347,46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MSI PRO B850M-G Soc-AM5 (B850) 2xPCI-Ex16 2xM.2+M.2(Wi-Fi/BT) 5GbE LAN 3xARGB+RGB RAID 0/1/10 2xDDR5 8200MHz+ HDMI+DP mATX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Sapphire NITRO+ B850A WIFI 7 (52123-03-40G) Soc-AM5 (B850) 3xPCI-Ex16 3xM.2 2.5GbE LAN Wi-Fi 7 BT 5.4 3xARGB+RGB RAID 0/1/10 4xDDR5 8000MHz+ HDMI+DP ATX RTL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Sapphire NITRO+ B850M WIFI (52123-01-40G) Soc-AM5 (B850) 2xPCI-Ex16 2xM.2 2.5GbE LAN Wi-Fi 6 BT 5.3 3xARGB+RGB RAID 0/1/10 4xDDR5 8000MHz+ HDMI+DP mATX RTL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548,66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Sapphire PULSE B850M WIFI (52123-04-40G) Soc-AM5 (B850) PCI-Ex16 PCI-Ex4 2xM.2 2.5GbE LAN Wi-Fi 6 BT 5.3 3xARGB RAID 0/1/10 4xDDR5 7600MHz+ HDMI+DP mATX RTL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479,56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Sapphire PURE B850A WIFI 7 (52123-11-40G) Soc-AM5 (B850) 3xPCI-Ex16 3xM.2 2.5GbE LAN Wi-Fi 7 BT 5.4 3xARGB+RGB RAID 0/1/10 4xDDR5 8000MHz+ HDMI+DP ATX Whie RTL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Sapphire PURE B850M WIFI (52123-02-40G) Soc-AM5 (B850) 2xPCI-Ex16 2xM.2 2.5GbE LAN Wi-Fi 6 BT 5.3 3xARGB+RGB RAID 0/1/10 4xDDR5 8000MHz+ HDMI+DP mATX White RTL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581,17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MB Sapphire PURE X870A WIFI 7 (52122-02-40G) Soc-AM5 (X870) 2xPCI-Ex16 PCI-Ex1 3xM.2 2.5GbE LAN Wi-Fi 7 BT 5.4 4xDDR5 8400MHz+ HDMI+DP ATX RTL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Оперативная память</w:t>
      </w:r>
    </w:p>
    <w:p>
      <w:pPr>
        <w:pStyle w:val="Heading2"/>
      </w:pPr>
      <w:r>
        <w:t>DDR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DDR3 2Gb PC-12800 1600MHz Hyundai/Hynix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DDR3 4Gb PC-12800 1600MHz Netac Basic (NTBSD3P16SP-04) 1.5v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DDR3 8Gb PC-12800 1600MHz Netac Basic (NTBSD3P16SP-08) 1.5v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98,69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DDR IV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G.Skill Aegis (F4-3200C16D-16GIS)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495,82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G.Skill Trident Z (F4-3200C16D-16GTZKW)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G.Skill Trident Z (F4-3200C16D-16GTZSK)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G.Skill Trident Z RGB (F4-3200C16D-16GTZR)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552,72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Kingston FURY Beast (KF432C16BBK2/16) CL16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885,97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Netac Shadow III Black (NTSHD4P32DP-16K)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PC-25600 3200MHz Netac Shadow S White (NTSSD4P32DP-16W)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PC-28800 3600MHz G.Skill Trident Z NEO RGB (F4-3600C16D-16GTZNC)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544,59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PC-28800 3600MHz G.Skill Trident Z NEO RGB (F4-3600C18D-16GTZN)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PC-28800 3600MHz G.Skill Trident Z RGB (F4-3600C16D-16GTZRC)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PC-28800 3600MHz G.Skill Trident Z RGB (F4-3600C18D-16GTZR)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PC-28800 3600MHz Kingston FURY Beast (KF436C17BBK2/16) CL17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902,23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PC-28800 3600MHz Kingston FURY Renegade (KF436C16RB2K2/16)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910,14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PC-32000 4000MHz G.Skill Ripjaws V (F4-4000C18D-16GVK) CL18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544,59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PC-32000 4000MHz G.Skill Trident Z NEO RGB (F4-4000C18D-16GTZN)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593,36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KiTof2 PC-32000 4000MHz G.Skill Trident Z RGB (F4-4000C18D-16GTZRB) CL18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577,10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PC-21300 2666MHz Patriot Signature Premium Line (PSP416G2666H1)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463,31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G.Skill Aegis (F4-3200C16S-16GIS)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459,42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FURY Beast (KF432C16BB/16)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FURY Beast (KF432C16BB1/16)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586,64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FURY Beast (KF432C16BB1/16) CL16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682,77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FURY Renegade (KF432C16RB12/16)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707,15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Netac Basic (NTBSD4P32SP-16)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390,15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Netac Shadow II White (NTSWD4P32SP-16W)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424,08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Netac Shadow III Black (NTSHD4P32SP-16K)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430,79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Netac Shadow S White (NTSSD4P32SP-16W)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455,18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PC-28800 3600MHz Kingston FURY Beast (KF436C18BB/16)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772,18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2539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PC-28800 3600MHz Kingston FURY Beast (KF436C18BB/16) CL18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764,05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PC-28800 3600MHz Kingston FURY Renegade (KF436C16RB12/16) CL16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788,44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PC-21300 2666MHz Netac Shadow III Black (NTSHD4P26DP-32K)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707,15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Corsair Vengeance LPX (CMK32GX4M2E3200C16)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G.Skill Aegis (F4-3200C16D-32GIS)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890,57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G.Skill Ripjaws V (F4-3200C16D-32GVK)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G.Skill Trident Z (F4-3200C16D-32GTZ)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G.Skill Trident Z (F4-3200C16D-32GTZKW)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G.Skill Trident Z (F4-3200C16D-32GTZSK)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Kingston FURY Beast (KF432C16BB1K2/32)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1 266,29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Kingston FURY Beast (KF432C16BBK2/32)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1 226,72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Netac Shadow II Black (NTSWD4P32DP-32K)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812,82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Netac Shadow II White (NTSWD4P32DP-32W)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812,82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Netac Shadow III Black (NTSHD4P32DP-32K)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894,10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Netac Shadow S White (NTSSD4P32DP-32W)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848,16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PC-25600 3200MHz Team T-Create Expert (TTCED432G3200HC16FDC01)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1 052,60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PC-28800 3600MHz Corsair Vengeance LPX (CMK32GX4M2D3600C18) CL18,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1 147,57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PC-28800 3600MHz G.Skill Ripjaws V (F4-3600C16D-32GVKC)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1 013,03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PC-28800 3600MHz G.Skill Trident Z NEO RGB (F4-3600C16D-32GTZNC)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1 028,86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PC-28800 3600MHz G.Skill Trident Z NEO RGB (F4-3600C18D-32GTZN)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PC-28800 3600MHz G.Skill Trident Z RGB (F4-3600C16D-32GTZRC)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1 028,86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PC-28800 3600MHz G.Skill Trident Z Royal Elite (F4-3600C16D-32GTESC)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1 290,03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PC-32000 4000MHz G.Skill Ripjaws V (F4-4000C18D-32GVK) CL18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1 169,94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KiTof2 PC-32000 4000MHz G.Skill Trident Z RGB (F4-4000C18D-32GTZR)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1 204,35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G.Skill Ripjaws V (F4-3200C16S-32GVK)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1 147,57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FURY Beast (KF432C16BB/32) CL16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1 226,72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FURY Beast RGB (KF432C16BB2A/32)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1 080,47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FURY Renegade (KF432C16RB2/32)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1 218,80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Netac Basic (NTBSD4P32SP-32J) CL22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949,72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Netac Shadow III Black (NTSHD4P32SP-32K)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1 147,57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2569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Patriot Signature Line (PSD432G32002)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1 068,43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PC-28800 3600MHz Kingston FURY Beast (KF436C18BB/32) CL18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1 329,60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PC-28800 3600MHz Kingston FURY Beast RGB (KF436C18BB2A/32) CL18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1 361,26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4Gb PC-21300 2666MHz Netac Basic (NTBSD4P26SP-04) CL19 1.2V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4Gb PC-21300 2666MHz Team Elite (TED44G2666C1901) CL19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KiTof2 PC-25600 3200MHz G.Skill Trident Z RGB (F4-3200C16D-64GTZR)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2 486,94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KiTof2 PC-25600 3200MHz Kingston FURY Beast RGB (KF432C16BB2AK2/64)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2 432,54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KiTof2 PC-28800 3600MHz G.Skill Ripjaws V (F4-3600C16D-64GVK) CL16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KiTof2 PC-28800 3600MHz G.Skill Trident Z RGB (F4-3600C18D-64GTZR) CL18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KiTof2 PC-28800 3600MHz Kingston FURY Beast (KF436C18BBK2/64) CL18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2579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KiTof4 PC-25600 3200MHz Kingston FURY Beast (KF432C16BB1K4/64) CL16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A-Data (AD4U32008G22-SGN)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219,48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A-Data XPG Gammix D35 (AX4U32008G16A-SBKD35)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260,82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G.Skill Aegis (F4-3200C16S-8GIS)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Kingston FURY Beast (KF432C16BB/8) CL16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Kingston FURY Beast (KF432C16BB/8) CL16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398,28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Kingston FURY Renegade (KF432C16RB2/8) CL16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Netac Basic (NTBSD4P32SP-08)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215,82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Netac Shadow III Black (NTSHD4P32SP-08K) CL16 1.35V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PC-25600 3200MHz Netac Shadow S White (NTSSD4P32SP-08W) CL16 1.35V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223,14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2589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PC-28800 3600MHz Kingston FURY Beast (KF436C17BB/8) CL17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459,25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8Gb PC-28800 3600MHz Kingston FURY Renegade (KF436C16RB2/8) CL16-20-20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438,92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DDR V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PC-44800 5600MHz Kingston FURY Beast (KF556C36BBEK2-128) CL36-38-38 1.25v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8 277,57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PC-44800 5600MHz Kingston FURY Beast RGB (KF556C36BBEAK2-128) CL36-38-38 1.25v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8 315,72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Flare X5 (F5-6000J3244G64GX2-FX5) CL32-44-44-96 1.4v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13 884,96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Flare X5 (F5-6000J3444F64GX2-FX5) CL34-44-44-96 1.35v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13 732,38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Flare X5 (F5-6000J3644D64GX2-FX5) CL36-44-44-96 1.25v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13 694,23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Ripjaws S5 (F5-6000J3444F64GX2-RS5K) CL34-44-4-96 1.35v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13 732,38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Trident Z5 Neo RGB (F5-6000J3244G64GX2-TZ5NR) CL32-44-44-96 1.4v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13 961,25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Trident Z5 Neo RGB (F5-6000J3444F64GX2-TZ5NR) CL34-44-44-96 1.35v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13 846,82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2599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Trident Z5 Neo RGB (F5-6000J3644D64GX2-TZ5NR) CL36-44-44-96 1.35v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13 808,67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G.Skill Trident Z5 RGB (F5-6000J3444F64GX2-TZ5RK) CL34-44-44-96 1.35v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13 846,82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Team T-Create Expert (CTCED5128G6000HC40FDC01) CL40-52-52-96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8 620,88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PC-48000 6000MHz Team T-Create Expert (CTCWD5128G6000HC40FDC01) CL40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8 620,88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PC-51200 6400MHz G.Skill Trident Z5 RGB (F5-6400J3644F64GX2-TZ5RK) CL36-44-44-96 1.35v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13 846,82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KiTof2 PC-51200 6400MHz Team T-Create Expert (CTCED5128G6400HC42CDC01) CL42-52-52-102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8 926,05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KiTof2 PC-44800 5600MHz Kingston FURY Beast (KF556C36BBEK2-16) CL36-38-38 1.25v Black (ТОЛЬКО В СОСТАВЕ ПЭВМ)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KiTof2 PC-44800 5600MHz Patriot Signature Line (PSD516G5600K) CL46-46-46-90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1 005,12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KiTof2 PC-44800 5600MHz Team Elite (TED516G5600DC4601) CL46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973,46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KiTof2 PC-48000 6000MHz Kingston FURY Beast RGB (KF560C30BBEAK2-16) CL30-36-36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1 385,00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KiTof2 PC-48000 6000MHz Kingston FURY Beast RGB (KF560C36BBEAK2-16) (НЕ участвует в акции)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1 353,35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KiTof2 PC-48000 6000MHz Kingston FURY Beast(KF560C30BBEK2-16) CL30-36-36 1.4v Black (ТОЛЬКО В СОСТАВЕ ПЭВМ)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1 345,43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PC-44800 5600MHz ADATA XPG Lancer Blade RGB (AX5U5600C4616G-SLABRBK) / CL46-45-45 / 1.1V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PC-44800 5600MHz Patriot Signature Line (PSD516G560081) CL46-46-46-90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910,14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6400MHz Kingston FURY Beast White (KF560C30BWE-16) CL30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1 163,40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ADATA XPG Lancer Blade (AX5U6000C3016G-SLABBK) / CL30-40-40 / 1.4V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1 195,06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ADATA XPG Lancer Blade RGB (AX5U6000C3016G-SLABRBK) / CL30-40-40 / 1.4V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Kingston FURY Beast (KF560C30BBE-16) CL30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Kingston FURY Beast (KF560C36BBE2-16) CL36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Kingston FURY Beast RGB (KF560C30BBEA-16) CL30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Kingston FURY Beast White (KF560C36BWE2-16) CL36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1 139,66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PC-48000 6000MHz Patriot Viper Venom (PVV516G60C30) CL30-40-40-76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PC-51200 6400MHz Kingston FURY Beast (KF564C32BBE-16) CL32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1 179,23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PC-51200 6400MHz Kingston FURY Beast (KF564C32BWE-16) CL32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1 179,23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PC-51200 6400MHz Kingston FURY Beast RGB (KF564C32BBEA-16) CL32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1 195,06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PC-51200 6400MHz Kingston FURY Beast RGB (KF564C32BWEA-16)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1 195,06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PC-51200 6400MHz Kingston FURY Renegade (KF564C32RS-16) CL32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1 195,06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PC-51200 6400MHz Kingston FURY Renegade RGB (KF564C32RSA-16) CL32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1 210,89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PC-57600 7200MHz Kingston FURY Renegade RGB (KF572C38RWA-16) White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DDR5 256Gb KiTof4 PC-48000 6000MHz G.Skill Flare X5 (F5-6000J3244G64GX4-FX5) CL32-44-44-96 1.4v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27 846,22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DDR5 256Gb KiTof4 PC-48000 6000MHz G.Skill Flare X5 (F5-6000J3444F64GX4-FX5) CL34-44-44-96 1.35v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27 579,20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DDR5 256Gb KiTof4 PC-48000 6000MHz G.Skill Flare X5 (F5-6000J3644D64GX4-FX5) CL36-44-44-96 1.25v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27 502,91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DDR5 256Gb KiTof4 PC-48000 6000MHz G.Skill Trident Z5 Neo RGB (F5-6000J3644D64GX4-TZ5NR) CL36-44-44-96 1.35v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27 617,34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PC-44800 5600MHz Kingston FURY Beast (KF556C36BBEK2-32) CL36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2 216,00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PC-44800 5600MHz Kingston FURY Beast (KF556C40BBK2-32) CL40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PC-44800 5600MHz Patriot Viper Venom (PVV532G560C36K) CL36-36-36-68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1 859,86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PC-44800 5600MHz Team T-Create Expert (CTCED532G5600HC38GDC01) CL38-46-46-78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1 859,86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Caster (AX5U6000C3016G-DCCAGY) CL30-40-40 / 1.35V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2 230,14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Caster RGB (AX5U6000C3016G-DCCARGY) / CL30-40-40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2 263,93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Lancer (AX5U6000C3016G-DCLABK) / CL30-40-40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Lancer (AX5U6000C3016G-DCLAWH) / CL30-40-40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Lancer Blade (AX5U6000C3016G-DTLABBK) / CL30-40-40 / 1.35V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Lancer Blade (AX5U6000C3616G-DTLABBK)  CL36-38-38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2 064,60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Lancer Blade RGB (AX5U6000C3016G-DTLABRBK) / CL30-40-40 / 1.35V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2 196,35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ADATA XPG Lancer NEON RGB (AX5U6000C3016G-DCLANRSG) / CL30-40-40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Flare X5 (F5-6000J2836G16GX2-FX5) CL28-36-36-96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3 302,97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Flare X5 (F5-6000J2836G16GX2-FX5W) CL28-36-36-96 / AMD EXPO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3 041,10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Flare X5 (F5-6000J3036F16GX2-FX5) CL30-36-36-96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Flare X5 (F5-6000J3238F16GX2-FX5) CL32-38-38-96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2 486,94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Neo RGB (F5-6000J2836G16GX2-RM5NRK) CL28-36-36-96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3 074,89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Neo RGB (F5-6000J2836G16GX2-RM5NRW) CL28-36-36-96 / AMD EXPO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3 074,89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NEO RGB (F5-6000J3038F16GX2-RM5NRW) CL30-38-38-96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RGB (F5-6000J2836G16GX2-RM5RK) CL28-36-36-96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3 341,83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RGB (F5-6000J3040F16GX2-RM5RK) CL30-40-40-96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RGB (F5-6000J3040F16GX2-RM5RW)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M5 RGB (F5-6000J3238F16GX2-RM5RW)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2 486,94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S5 (F5-6000J2836G16GX2-RS5K) CL28-36-36-96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3 041,10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S5 (F5-6000J2836G16GX2-RS5W) CL28-36-36-96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3 302,97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S5 (F5-6000J3036F16GX2-RS5K) CL30-36-36-96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2 399,09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S5 (F5-6000J3040F16GX2-RS5W) CL30-40-40-96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2 525,80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S5 (F5-6000J3238F16GX2-RS5K) CL32-38-38-96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Ripjaws S5 (F5-6000J3238F16GX2-RS5W)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(F5-6000J3040F16GX2-TZ5K)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2 399,09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NEO (F5-6000J3038F16GX2-TZ5N) CL30-38-38-96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2 399,09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NEO (F5-6000J3238F16GX2-TZ5N) CL32-38-38-96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2 525,80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NEO RGB (F5-6000J2636H16GX2-TZ5NRW) CL26-36-36-96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3 885,85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NEO RGB (F5-6000J2836G16GX2-TZ5NRW) CL28-36-36-96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3 419,55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NEO RGB (F5-6000J3036F16GX2-TZ5NRW) CL30-36-36-96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2 466,67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NEO RGB (F5-6000J3238F16GX2-TZ5NR) CL32-38-38-96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2 486,94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(F5-6000J2836G16GX2-TZ5RK) CL28-36-36-96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(F5-6000J2836G16GX2-TZ5RW) CL28-36-36-96 1.4v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3 074,89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(F5-6000J3036F16GX2-TZ5RK) CL30-36-36-96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2 603,52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(F5-6000J3040F16GX2-TZ5RK)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(F5-6000J3040F16GX2-TZ5RS) CL30-40-40-96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(F5-6000J3238F16GX2-TZ5RK) CL32-38-38-96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2 399,09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(F5-6000J3238F16GX2-TZ5RS)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RGB (F5-6000J3238F16GX2-TZ5RW) CL32-38-38-96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G.Skill Trident Z5 Royal (F5-6000J2836G16GX2-TR5G) CL28-36-36-96 1.4v Gold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3 613,84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 (KF560C36BWE2K2-32) CL36-44-44 1.35v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2 370,37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(KF560C30BBEK2-32) 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2 432,54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(KF560C36BBE2K2-32) CL36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RGB (KF560C30BBAK2-32)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2 471,40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RGB (KF560C30BBEAK2-32)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2 471,40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RGB (KF560C30BWAK2-32)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2 471,40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RGB (KF560C30BWEAK2-32)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2 471,40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RGB (KF560C36BBE2AK2-32)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Kingston FURY Beast RGB (KF560C36BWE2AK2-32) CL36-44-44 1.35v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2 424,77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Patriot Viper Elite 5 Ultra (VEU532G6028K) CL28-40-40-100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2 601,83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Patriot Viper Elite 5 Ultra RGB (VEUR532G6028K) CL28-40-40-100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2 635,62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Patriot Viper Venom (PVV532G600C30K) CL30-40-40-76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2 057,72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Patriot Viper Xtreme 5 RGB MPOWER (PVXR532G60C30KM) CL30-40-40-76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2 018,15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(CTCED532G6000HC28ADC01) CL28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2 720,10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(CTCED532G6000HC30DC01) CL30-36-36-76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2 064,60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(CTCED532G6000HC38ADC01) CL38-38-38-78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2 018,15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(CTCED532G6000HC38GDC01) CL38-46-46-76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1 939,00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(CTCWD532G6000HC30DC01) CL30-36-36-76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2 064,60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(CTCWD532G6000HC38ADC01) CL38-38-38-78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1 978,58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T-Create Expert (CTCWD532G6000HC38GDC01) CL38-46-46-76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1 939,00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Delta RGB (FF3D532G6000HC28ADC01) CL28-36-36-76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2 370,37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Delta RGB (FF3D532G6000HC30DC01) CL30-36-36-76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2 133,42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2699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Delta RGB (FF4D532G6000HC28ADC01) CL28-36-36-76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Delta RGB (FF4D532G6000HC30DC01) CL30-36-36-76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2 292,65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Delta RGB (FF4D532G6000HC38ADC01) CL38-38-38-78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2 136,86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Xtreem (FFXD532G6000HC30DC01) CL30-36-36-76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PC-48000 6000MHz Team T-Force Xtreem ARGB (FF9D532G6000HC30DC01) CL30-36-36-76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ADATA XPG Caster (AX5U6400C3216G-DCCAGY) CL32-39-39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ADATA XPG Caster RGB (AX5U6400C3216G-DCCARGY) / CL32-39-39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2 399,09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ADATA XPG Lancer (AX5U6400C3216G-DCLABK) / CL32-39-39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ADATA XPG Lancer (AX5U6400C3216G-DCLAWH) / CL32-39-39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ADATA XPG Lancer RGB (AX5U6400C3216G-DCLARBK) / CL32-39-39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ADATA XPG Lancer RGB (AX5U6400C3216G-DCLARWH) / CL32-39-39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Flare X5 (F5-6400J3239G16GX2-FX5)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2 525,80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Flare X5 (F5-6400J3240G16GX2-FX5) CL32-40-40-102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Flare X5 (F5-6400J3240G16GX2-FX5W) CL32-40-40-102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Ripjaws M5 RGB (F5-6400J3239G16GX2-RM5RK)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2 399,09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Ripjaws S5 (F5-6400J3239G16GX2-RS5K)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2 525,80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Ripjaws S5 (F5-6400J3648F16GX2-RS5K) CL36-48-48-102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2 216,00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(F5-6400J3239G16GX2-TZ5K)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(F5-6400J3239G16GX2-TZ5S)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NEO RGB (F5-6400J3039G16GX2-TZ5NR) CL30-39-39-102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2 534,25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NEO RGB (F5-6400J3039G16GX2-TZ5NRW) CL30-39-39-102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2 720,10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NEO RGB (F5-6400J3239G16GX2-TZ5NR) CL32-39-39-102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RGB (F5-6400J3239G16GX2-TZ5RK)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RGB (F5-6400J3239G16GX2-TZ5RS)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2 466,67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RGB (F5-6400J3239G16GX2-TZ5RW)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Royal (F5-6400J3039G16GX2-TR5S) CL30-39-39-102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2 797,81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G.Skill Trident Z5 Royal (F5-6400J3239G16GX2-TR5S)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2 432,88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Beast (KF564C32BBEK2-32) CL32-39-39 1.4v 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2 385,91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Beast (KF564C32BBK2-32) CL32-39-39 1.4v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2 167,83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Beast RGB (KF564C32BBAK2-32) CL32-39-39 1.4v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2 269,34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Beast RGB (KF564C32BBEAK2-32) CL32-39-39 1.4v 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2 494,72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Beast White (KF564C32BWEK2-32) CL32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2 494,72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Renegade (KF564C32RSK2-32) CL32-39-39 1.4v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2 463,63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Kingston FURY Renegade RGB (KF564C32RSAK2-32) CL32-39-39 1.4v Silver/Black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Netac Z RGB (NTZED5P64DP-32S) CL32-38-38-90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2 176,43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Patriot Viper Xtreme 5 RGB MPOWER (PVXR532G64C32KM) CL32-40-40-84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2 057,72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T-Create Expert (CTCED532G6400HC32ADC01) CL32-39-39-84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2 214,93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T-Create Expert (CTCED532G6400HC40BDC01) CL40-40-40-84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1 995,78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T-Create Expert (CTCWD532G6400HC32ADC01) CL32-39-39-84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2 214,93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T-Create Expert (CTCWD532G6400HC40BDC01) CL40-40-40-84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1 995,78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T-Force Delta RGB (FF3D532G6400HC38JDC01) CL38-46-46-84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2 202,24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T-Force Delta RGB (FF3D532G6400HC40BDC01) CL40-40-40-84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2 216,00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PC-51200 6400MHz Team T-Force Xtreem ARGB (FF9D532G6400HC32ADC01) CL32-39-39-84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PC-52800 6600MHz ADATA XPG Lancer RGB ROG (AX5U6600C3216G-DCLARROG) CL32-44-44-84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PC-52800 6600MHz G.Skill Trident Z5 RGB (F5-6600J3440G16GX2-TZ5RK) CL34-40-40-105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2 564,66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PC-52800 6600MHz G.Skill Trident Z5 RGB (F5-6600J3440G16GX2-TZ5RS) CL34-40-40-105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2 196,35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G.Skill Ripjaws S5 (F5-6800J3445G16GX2-RS5K) CL34-45-45-108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2 486,94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G.Skill Trident Z5 RGB (F5-6800J3445G16GX2-TZ5RK) CL34-45-45-108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G.Skill Trident Z5 RGB (F5-6800J3445G16GX2-TZ5RS) CL34-45-45-108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G.Skill Trident Z5 Royal (F5-6800J3445G16GX2-TR5S) CL34-45-45-108 1.4v Silver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3 030,96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Kingston FURY Beast (KF568C34BBEK2-32) CL34-45-45 1.4v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2 479,17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Kingston FURY Beast (KF568C34BBK2-32) CL 34-45-45 1.4v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PC-54400 6800MHz Patriot Viper Venom RGB (PVVR532G680C34K) CL34-44-44-84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2 253,79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ADATA XPG Lancer RGB (AX5U7200C3416G-DCLARBK) / CL34-46-46 / 1.4V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2 432,88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G.Skill Trident Z5 RGB (F5-7200J3445G16GX2-TZ5RK) CL34-45-45-115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2 635,62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G.Skill Trident Z5 RGB (F5-7200J3445G16GX2-TZ5RW) CL34-45-45-115 /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2 797,81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Patriot Viper Venom (PVV532G720C34K) CL34-42-42-84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Patriot Viper Venom RGB (PVVR532G720C34K) CL34-42-42-84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Team T-Create Expert (CTCED532G7200HC34ADC01) CL34-42-42-84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2 292,65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Team T-Create Expert (CTCWD532G7200HC34ADC01) CL34-42-42-84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2 292,65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Team T-Force Delta RGB (FF3D532G7200HC34ADC01) CL34-42-42-84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2 370,37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PC-57600 7200MHz Team T-Force Xtreem (FFXD532G7200HC34ADC01) CL34-42-42-84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2 525,80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PC-60800 7600MHz G.Skill Trident Z5 RGB (F5-7600J3646G16GX2-TZ5RK) CL36-46-46-121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2 953,25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PC-60800 7600MHz G.Skill Trident Z5 RGB (F5-7600J3646G16GX2-TZ5RS) CL36-46-46-121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2 703,20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PC-60800 7600MHz Patriot Viper Xtreme 5 (PVX532G76C36K) CL36-48-48-84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PC-60800 7600MHz Patriot Viper Xtreme RGB (PVXR532G76C36K) CL36-48-48-84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2 448,09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PC-64000 8000MHz G.Skill Trident Z5 RGB (F5-8000J3848G16GX2-TZ5RK) CL38-48-48-128 1.4v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3 108,68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KiTof2 PC-64000 8000MHz G.Skill Trident Z5 RGB (F5-8000J3848H16GX2-TZ5RK) CL38-48-48-128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3 108,68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PC-44800 5600MHz Kingston FURY Beast (KF556C36BBE-32) CL36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2 214,93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PC-44800 5600MHz Team T-CREATE Classic  (CTCCD532G5600HC46BKT)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1 741,15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PC-48000 6000MHz Kingston FURY Beast (KF560C30BBE-32) CL30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2 292,65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PC-48000 6000MHz Kingston FURY Beast (KF560C36BBE-32) CL36 OEM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2 253,79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PC-48000 6000MHz Kingston FURY Beast (KF560C36BBE2-32) CL36 OEM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2 253,79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PC-48000 6000MHz Kingston FURY Beast RGB (KF560C30BBEA-32) CL30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2 432,54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PC-51200 6400MHz Kingston FURY Beast Black (KF564C32BBE-32) CL32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PC-51200 6400MHz Kingston FURY Renegade (KF564C32RS-32) CL32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2 370,37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PC-51200 6400MHz Kingston FURY Renegade RGB (KF564C32RSA-32) CL32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2 370,37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48Gb KiTof2 PC-41600 5200MHz G.Skill Ripjaws M5 RGB (F5-5200J4040A24GX2-RM5RW) CL40-40-40-83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2 953,25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48Gb KiTof2 PC-41600 5200MHz G.Skill Ripjaws S5 (F5-5200J4040A24GX2-RS5K) CL40-40-40-83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2 534,25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48Gb KiTof2 PC-41600 5200MHz G.Skill Ripjaws S5 (F5-5200J4040A24GX2-RS5W) CL40-40-40-83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2 953,25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PC-41600 5200MHz G.Skill Ripjaws S5 (F5-5200J4040A32GX2-RS5K) CL40-40-40-83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3 716,90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ADATA XPG Lancer Blade (AX5U5600C4632G-DTLABBK) / CL46-45-45 / 1.1V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3 480,37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G.Skill Flare X5 (F5-5600J3636D32GX2-FX5) CL36-36-36-89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3 885,85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Kingston FURY Beast (KF556C36BBE2K2-64) CL36-38-38 1.25v Black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4 274,44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Kingston FURY Beast (KF556C36BBEK2-64) CL36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4 274,44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Kingston FURY Beast RGB (KF556C36BBEAK2-64) CL36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Patriot Viper Venom (PVV564G560C40K) CL40-40-40-76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3 243,84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PC-44800 5600MHz Team T-Create Classic (CTCCD564G5600HC46DC01) CL46-46-46-90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3 497,27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Caster (AX5U6000C3032G-DCCAGY) CL30-40-40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(AX5U6000C3032G-DCLABK) / CL30-40-40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(AX5U6000C3032G-DCLAWH) / CL30-40-40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Blade (AX5U6000C3032G-DTLABBK) CL30-40-40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3 987,22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Blade (AX5U6000C3032G-DTLABWH) CL30-40-40 / 1.35V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4 391,01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Blade RGB (AX5U6000C3032G-DTLABRBK) CL30-40-40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4 021,01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Blade RGB (AX5U6000C3032G-DTLABRWH) CL30-40-40 / 1.35V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ADATA XPG Lancer RGB (AX5U6000C3032G-DCLARBK) / CL30-40-40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4 122,38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Aegis 5 (F5-6000J3636F32GX2-IS) CL36-36-36-96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3 885,85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Flare X5 (F5-6000J2836G32GX2-FX5) CL28-36-36-96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5 531,10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Flare X5 (F5-6000J2836G32GX2-FX5W) CL28-36-36-96 / AMD EXPO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5 141,35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M5 RGB (F5-6000J2836G32GX2-RM5RK) CL28-36-36-96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5 207,69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2799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M5 RGB (F5-6000J3040G32GX2-RM5RK)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4 527,86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M5 RGB (F5-6000J3238G32GX2-RM5RK)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4 779,60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M5 RGB (F5-6000J3238G32GX2-RM5RW) CL32-38-38-96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4 779,60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S5 (F5-6000J2836G32GX2-RS5K) CL28-36-36-96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5 141,35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S5 (F5-6000J2836G32GX2-RS5W) CL28-36-36-96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S5 (F5-6000J3040G32GX2-RS5K) CL30-40-40-96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4 494,07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S5 (F5-6000J3040G32GX2-RS5W)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4 494,07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S5 (F5-6000J3238G32GX2-RS5K)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4 392,70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Ripjaws S5 (F5-6000J3636F32GX2-RS5K) CL36-36-36-96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3 818,27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(F5-6000J3238G32GX2-TZ5K)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4 779,60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(F5-6000J3238G32GX2-TZ5S) CL32-38-38-96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4 779,60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(F5-6000J3040G32GX2-TZ5N) CL30-40-40-96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(F5-6000J3238G32GX2-TZ5N)  CL32-38-38-96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4 779,60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(F5-6000J2636H32GX2-TZ5NR) CL26-36-36-96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7 629,10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(F5-6000J2636H32GX2-TZ5NRW) CL26-36-36-96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7 629,10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(F5-6000J2836G32GX2-TZ5NR) CL28-36-36-96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5 473,05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(F5-6000J2836G32GX2-TZ5NRW) CL28-36-36-96 / AMD EXPO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5 912,55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(F5-6000J3036G32GX2-TZ5NR) CL30-36-36-96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5 240,86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(F5-6000J3036G32GX2-TZ5NRW) CL30-36-36-96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5 645,53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(F5-6000J3040G32GX2-TZ5NR) CL30-40-40-96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5 174,52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(F5-6000J3238G32GX2-TZ5NR)  CL32-38-38-96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4 857,31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NEO RGB (F5-6000J3636F32GX2-TZ5NRW) CL36-36-36-96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4 157,86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(F5-6000J2836G32GX2-TZ5RK) CL28-36-36-96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5 473,05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(F5-6000J2836G32GX2-TZ5RW) CL28-36-36-96 /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5 912,55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(F5-6000J3040G32GX2-TZ5RK)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(F5-6000J3040G32GX2-TZ5RS) CL30-40-40-96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(F5-6000J3040G32GX2-TZ5RW) CL30-40-40-96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4 527,86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(F5-6000J3238G32GX2-TZ5RK) CL32-38-38-96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4 392,70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(F5-6000J3238G32GX2-TZ5RS) CL32-38-38-96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4 392,70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RGB (F5-6000J3636F32GX2-TZ5RW) CL36-36-36-96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4 157,86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Royal (F5-6000J2836G32GX2-TR5G) CL28-36-36-96 1.4v Gold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6 332,15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G.Skill Trident Z5 Royal (F5-6000J2836G32GX2-TR5S) CL28-36-36-96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6 179,57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 (KF560C36BWEK2-64) CL36-38-38 1.35v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4 663,02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(KF560C30BBEK2-64) CL 30-36-36 1.4v (НЕ участвует в акции)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(KF560C30BBK2-64)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(KF560C30BWEK2-64) CL30-36-36 1.4v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4 585,30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(KF560C36BBE2K2-64) CL36-44-44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4 352,15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(KF560C36BBEK2-64) CL36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4 717,42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RGB (KF560C30BBEAK2-64)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4 857,31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Kingston FURY Beast RGB (KF560C36BBEAK2-64)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4 740,74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Patriot Viper Elite 5 Ultra (VEU564G6028K) CL28-40-40-100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4 899,55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Patriot Viper Elite 5 Ultra RGB (VEUR564G6028K) CL28-40-40-100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4 842,82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Patriot Viper Venom (PVV564G600C30K) CL30-40-40-76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4 352,15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Patriot Viper Venom (PVV564G600C36K) CL36-36-36-76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3 963,57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Patriot Viper Venom RGB (PVVR564G600C30K) CL30-40-40-76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4 391,01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T-Create Expert (CTCED564G6000HC30CDC01) CL30-39-39-76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4 352,15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T-Create Expert (CTCED564G6000HC34BDC01) CL34-44-44-84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3 716,90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T-Create Expert (CTCED564G6000HC38JDC01) CL38-46-46-84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3 649,32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T-Create Expert (CTCWD564G6000HC30CDC01) CL30-39-39-76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4 468,73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T-Create Expert (CTCWD564G6000HC38JDC01) CL38-46-46-84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3 649,32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T-Force Delta RGB (FF3D564G6000HC30CDC01) CL30-36-36-76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4 507,59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PC-48000 6000MHz Team T-Force Delta RGB (FF3D564G6000HC38JDC01) CL38-46-46-76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4 352,15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ADATA XPG Lancer (AX5U6400C3232G-DCLABK) / CL32-39-39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4 223,75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ADATA XPG Lancer (AX5U6400C3232G-DCLAWH) / CL32-39-39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4 663,02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ADATA XPG Lancer RGB (AX5U6400C3232G-DCLARWH) / CL32-39-39 / 1.35V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Ripjaws M5 RGB (F5-6400J3239G32GX2-RM5RK)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Ripjaws M5 RGB (F5-6400J3239G32GX2-RM5RW)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4 818,45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Ripjaws S5 (F5-6400J3239G32GX2-RS5K)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Trident Z5 RGB (F5-6400J3239G32GX2-TZ5RK)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5 187,79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Trident Z5 RGB (F5-6400J3239G32GX2-TZ5RS)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4 730,60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Trident Z5 RGB (F5-6400J3239G32GX2-TZ5RW)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4 730,60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G.Skill Trident Z5 Royal (F5-6400J3239G32GX2-TR5S)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4 865,76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Kingston FURY Beast (KF564C32BBEK2-64) CL32-39-39 1.4v 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4 857,31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Patriot Viper Venom (PVV564G640C32K) CL32-40-40-84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Team T-Create Expert (CTCED564G6400HC34BDC01) CL34-44-44-84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4 274,44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Team T-Create Expert (CTCED564G6400HC40BDC01) CL40-40-40-84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4 196,72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Team T-Create Expert (CTCWD564G6400HC34BDC01) CL34-44-44-84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4 274,44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Team T-Create Expert (CTCWD564G6400HC40BDC01) CL40-40-40-84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4 196,72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Team T-Force Delta RGB (FF3D564G6400HC30CDC01) CL30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4 958,91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PC-51200 6400MHz Team T-Force Xtreem ARGB (FF9D564G6400HC32ADC01) CL32-39-39-84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5 035,21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PC-54400 6800MHz G.Skill Ripjaws S5 (F5-6800J3445G32GX2-RS5K) CL34-45-45-108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5 264,08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KiTof2 PC-54400 6800MHz G.Skill Trident Z5 Royal (F5-6800J3445G32GX2-TR5S) CL34-45-45-108 1.4v Silver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PC-44800 5600MHz Kingston FURY Beast (KF556C36BBE-64) CL36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4 274,44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PC-41600 5200MHz Team Elite (TED58G5200C4201)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PC-41600 5200MHz Team Elite (TED58G5200C42BK) CL42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PC-41600 5200MHz Team T-Create Classic (CTCCD58G5200HC42BKT)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PC-41600 5200MHz Team T-Force Vulcan (FLBD58G5200HC40CBKT) CL40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544,59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PC-44800 5600MHz Kingston FURY Beast (KF556C36BBE-8) CL36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609,62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PC-44800 5600MHz Patriot Signature Line (PSD58G560082) CL46-46-46-90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544,59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PC-48000 5600MHz Team Elite (TED58G5600C4601) CL46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544,59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PC-48000 6000MHz Kingston FURY Beast (KF560C30BBE-8) CL30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634,00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PC-48000 6000MHz Kingston FURY Beast (KF560C36BBE-8)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617,74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PC-48000 6000MHz Kingston FURY Beast RGB (KF560C30BBEA-8) CL30 (НЕ участвует в акции)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8Gb PC-48000 6000MHz Kingston FURY Beast RGB (KF560C36BBEA-8) (НЕ участвует в акции) (OEM)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642,13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PC-41600 5200MHz G.Skill Ripjaws M5 RGB (F5-5200J4040A48GX2-RM5RK) CL40-40-40-83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5 531,10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PC-41600 5200MHz G.Skill Ripjaws S5 (F5-5200J4040A48GX2-RS5W) CL40-40-40-83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5 141,35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ADATA XPG Lancer RGB (AX5U6000C3048G-DCLARBK) / CL30-40-40 /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6 335,47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ADATA XPG Lancer RGB (AX5U6000C3048G-DCLARWH) / CL30-40-40 /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7 095,06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Flare X5 (F5-6000J3036F48GX2-FX5W) CL30-36-36-96 / AMD EXPO /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7 247,65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Ripjaws M5 Neo RGB (F5-6000J3036F48GX2-RM5NRK) CL30-36-36-96 1.35v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7 247,65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Ripjaws M5 RGB (F5-6000J3036F48GX2-RM5RK) CL30-36-36-96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6 468,15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Ripjaws S5 (F5-6000J3036F48GX2-RS5K) CL30-36-36-96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6 434,98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Trident Z5 NEO RGB (F5-6000J3036F48GX2-TZ5NR) CL30-36-36-96 / AMD EXPO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7 400,23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Trident Z5 NEO RGB (F5-6000J3036F48GX2-TZ5NRW) CL30-36-36-96 / AMD EXPO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7 400,23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Trident Z5 RGB (F5-6000J3036F48GX2-TZ5RK) CL30-36-36-96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6 634,00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Trident Z5 RGB (F5-6000J3036F48GX2-TZ5RW) CL30-36-36-96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6 634,00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Trident Z5 RGB (F5-6400J3039G48GX2-TZ5RK) CL30-39-39-102 1.4v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7 629,10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G.Skill Trident Z5 Royal (F5-6000J3036F48GX2-TR5S) CL30-36-36-96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7 857,97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Kingston FURY Renegade RGB (KF560C32RSAK2-96)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7 400,23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Patriot Viper Elite 5 Ultra (VEU596G6028K) CL28-40-40-100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6 302,30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2899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PC-48000 6000MHz Patriot Viper Elite 5 Ultra RGB (VEUR596G6028K) CL28-40-40-100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6 335,47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ADATA XPG Lancer RGB (AX5U6400C3248G-DCLARBK) CL32-39-39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6 634,00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G.Skill Ripjaws M5 RGB (F5-6400J3239F48GX2-RM5RK)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6 634,00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G.Skill Ripjaws M5 RGB (F5-6400J3239F48GX2-RM5RW)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7 247,65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G.Skill Ripjaws S5 (F5-6400J3239F48GX2-RS5K)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7 171,35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G.Skill Trident Z5 RGB (F5-6400J3239F48GX2-TZ5RW) CL32-39-39-102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7 400,23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G.Skill Trident Z5 Royal (F5-6400J3239F48GX2-TR5S) CL32-39-39-102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6 965,70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Team T-Create Expert (CTCED596G6400HC32ADC01) CL32-39-39-84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5 837,92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PC-51200 6400MHz Team T-Create Expert (CTCWD596G6400HC32ADC01) CL32-39-39-84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5 837,92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96Gb KiTof2 PC-54400 6800MHz G.Skill Ripjaws S5  (F5-6800J3446F48GX2-RS5K) CL34-46-46-108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7 095,06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SO-DIMM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DDR3 4Gb PC-12800 1600Mhz Netac Basic (NTBSD3N16SP-04) 1.35v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DDR3 8Gb PC-12800 1600Mhz Netac Basic (NTBSD3N16SP-08) 1.35v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DDR3 8Gb PC-12800 1600MHz Patriot (PSD38G16002S) CL11 1.5v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16Gb KiTof2 PC-25600 3200MHz Kingston FURY Impact (KF432S20IBK2/16) CL20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666,51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16Gb PC-21300 2666MHz Netac Basic (NTBSD4N26SP-16) CL19; 1.2 В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16Gb PC-25600 3200MHz G.Skill Ripjaws (F4-3200C22S-16GRS)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512,08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16Gb PC-25600 3200MHz Kingston FURY Impact (KF432S20IB/16) CL20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772,18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16Gb PC-25600 3200MHz Patriot Viper Steel (PVS416G320C8S)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32Gb KiTof2 PC-25600 3200MHz Kingston FURY Impact (KF432S20IBK2/32) CL20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1 385,00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32Gb PC-25600 3200MHz Kingston FURY Impact (KF432S20IB/32) CL20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1 210,89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8Gb PC-25600 3200MHz G.Skill Ripjaws (F4-3200C22S-8GRS)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8Gb PC-25600 3200MHz Kingston FURY Impact (KF432S20IB/8) CL20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8Gb PC-25600 3200MHz Netac Basic (NTBSD4N32SP-08) CL19; 1.2 В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235,58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DDR4 8Gb PC-25600 3200MHz Patriot Viper Steel (PVS48G320C8S)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277,64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PC-38400 4800MHz  ADATA (AD5S480016G-S)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796,56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PC-38400 4800MHz  Kingston FURY Impact (KF548S38IB-16)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1 076,34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PC-41600 5200MHz Patriot Signature Line (PSD516G520081S)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894,32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PC-44800 5600MHz Kingston FURY Impact (KF556S40IB-16) CL40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1 092,17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PC-44800 5600MHz Patriot Signature Line (PSD516G560081S) CL46-46-46-90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PC-48000 6000MHz Kingston FURY Impact (KF560S38IB-16) CL38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1 092,17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16Gb PC-51200 6400MHz Kingston FURY Impact (KF564S38IB-16) CL38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1 131,74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32Gb KiTof2 PC-44800 5600MHz Kingston FURY Impact (KF556S40IBK2-32) CL40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2 136,86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32Gb KiTof2 PC-48000 6000MHz Kingston FURY Impact (KF560S38IBK2-32) CL40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2 176,43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32Gb KiTof2 PC-48000 6400MHz Kingston FURY Impact (KF564S38IBK2-32) CL38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2 176,43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32Gb PC-44800 5600MHz G.Skill Ripjaws (F5-5600S4040A32GX1-RS) CL40-40-40-89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1 859,86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32Gb PC-44800 5600MHz Kingston FURY Impact (KF556S40IB-32) CL40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2 057,72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32Gb PC-44800 5600MHz Team Elite (TED532G5600C46A-S01) CL46-45-45-90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1 820,29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SO-DIMM DDR5 8Gb PC-38400 4800MHz  Kingston FURY Impact (KF548S38IB-8)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593,36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Винчестеры</w:t>
      </w:r>
    </w:p>
    <w:p>
      <w:pPr>
        <w:pStyle w:val="Heading2"/>
      </w:pPr>
      <w:r>
        <w:t>2,5" SATA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2.5" SATA-III 1Tb Toshiba MQ04 (MQ04ABF100) 5400RPM 128Mb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2.5" SATA-III 2Tb Seagate Barracuda Compute (ST2000LM015) 5400RPM 128Mb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2.5" SATA-III 4Tb Toshiba (MQ04ABB400R) 5400RPM 128Mb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711,22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3,5" SATA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14Tb WD Purple PRO (WD141PURP) 7200RPM 512Mb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2 057,72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16Tb WD Red PRO (WD161KFGX) 7200RPM 512Mb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2 875,53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18Tb WD Red PRO (WD181KFGX) 7200RPM 512Mb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3 341,83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1Tb Seagate SkyHawk (ST1000VX013)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26Tb WD Purple PRO (WD260PURP) 7200RPM 512Mb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4 663,02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Seagate Barracuda (ST2000DM005)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548,66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Seagate Barracuda (ST2000DM008) 7200RPM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Seagate SkyHawk (ST2000VX016)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670,58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Seagate SkyHawk (ST2000VX017) 5400RPM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609,62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Toshiba DT02 (DT02ABA200) 5400RPM 128Mb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WD Blue (WD20EARZ) 5400RPM 64Mb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WD Blue (WD20EZBX) 7200RPM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629,94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2Tb WD Purple (WD23PURZ) 5400RPM 64Mb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4Tb Seagate Barracuda (ST4000DM004)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4Tb Seagate IronWolf (ST4000VN006) 5400RPM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894,10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4Tb Seagate IronWolf PRO (ST4000NT001) 7200RPM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1 464,15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4Tb Seagate SkyHawk (ST4000VX016) 5400RPM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711,22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4Tb WD Blue (WD40EZAX)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4Tb WD Purple (WD44PURZ) 5400RPM 128Mb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6Tb Seagate IronWolf (ST6000VN006)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1 325,65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6Tb Seagate SkyHawk (ST6000VX001) 5400RPM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6Tb WD Purple (WD64PURZ) 5400RPM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1 088,22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6Tb WD Red Plus (WD60EFPX) 5400RPM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1 365,22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8Tb Seagate SkyHawk (ST8000VX009) 7200RPM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1 622,43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8Tb WD Purple (WD85PURZ) 5640RPM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1 721,37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8Tb WD Purple PRO (WD8002PURP) 7200RPM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1 760,94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8Tb WD Red Plus (WD80EFPX) 5640RPM 256Mb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1 483,94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Серверные HDD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2.5" SAS 3.0 1.8Tb Seagate Exos 10E2400 (ST1800MM0129) 10000RPM 256Mb 12Gb/s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600,78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2.5" SAS 3.0 600GB Seagate Server Enterprise Performance (ST600MM0009) 1000RPM 128Mb 12Gb/s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SAS 3.0 18Tb WD Ultrastar DC HC550 (WUH721818AL5204) 7200RPM 512Mb 12Gb/s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3 108,68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10Tb Toshiba MG06 (MG06ACA10TE) 7200RPM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2 136,86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10Tb WD Gold (WD103KRYZ) 7200RPM 512Mb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2 216,00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12Tb Seagate Exos X24 (ST12000NM002H) 7200RPM 256Mb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14Tb WD Gold (WD141KRYZ) 7200RPM 512Mb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20Tb WD Gold (WD203KRYZ) 7200RPM 512Mb 6Gb/s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3 885,85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HDD 3.5" SATA-III 22Tb WD Ultrastar DC HC580 (WUH722422ALE604) 7200RPM 512Mb 6Gb/s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4 002,43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SSD</w:t>
      </w:r>
    </w:p>
    <w:p>
      <w:pPr>
        <w:pStyle w:val="Heading2"/>
      </w:pPr>
      <w:r>
        <w:t>2,5" SATA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ADATA 1Tb Ultimate SU800 (ASU800SS-1TT-C) 2.5" 3D TLC 560/520 MBps DRAM buffer 1024MB, TBW 800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812,82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ADATA 512Gb Ultimate SU800 (ASU800SS-512GT-C) 3D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ADATA Ultimate SU650 240GB (ASU650SS-240GT-R) 520/450 MBps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2979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ADATA Ultimate SU650 256Gb (ASU650SS-256GT-R) 520/450 MBps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ADATA Ultimate SU650 480GB (ASU650SS-480GT-R) 520/450 MBps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344,95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ADATA Ultimate SU650 512Gb (ASU650SS-512GT-R) 520/450 MBps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Crucial 1Tb BX500 (CT1000BX500SSD1) 540/500 MBps QLC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601,49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Crucial 500Gb BX500 (CT500BX500SSD1) 550/500 MBps QLC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463,31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Kingston 240Gb A400 (SA400S37/240GBK) 500/350 MBps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307,09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Kingston 480Gb A400 (SA400S37/480G) 500/450 MBps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Kingston 480Gb A400 (SA400S37/480GBK) 500/450 MBps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Kingston 960Gb A400 (SA400S37/960G) 500/450 MBps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577,10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Kingston 960Gb A400 (SA400S37/960GBK) 500/450 MBps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2989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120GB N535S (NT01N535S-120G-S3X) 510/440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120GB SA500 (NT01SA500-120-S3X) 500/400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128GB N600S (NT01N600S-128G-S3X) 510/440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128GB SA500 (NT01SA500-128-S3X) 500/400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1TB N600S (NT01N600S-001T-S3X) 560/520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1Tb SA500 (NT01SA500-1T0-S3X) 530/475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462,95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240Gb N535S (NT01N535S-240G-S3X) 540/490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240GB SA500 (NT01SA500-240-S3X) 520/450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153,53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256Gb N600S (NT01N600S-256G-S3X) 540/490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256GB SA500 (NT01SA500-256-S3X) 520/450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2999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2Tb SA500 (NT01SA500-2T0-S3X) 530/475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910,14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480Gb N535S (NT01N535S-480G-S3X) 540/490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480GB SA500 (NT01SA500-480-S3X) 520/450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281,85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512Gb N600S (NT01N600S-512G-S3X) 540/490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512GB SA500 (NT01SA500-512-S3X) 520/450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960Gb N535S  (NT01N535S-960G-S3X) 560/520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512,08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Netac 960GB SA500 (NT01SA500-960-S3X) 530/475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120Gb Burst Elite  (PBE120GS25SSDR) 450/320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128Gb P210 (P210S128G25) 450/430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128Gb P220 (P220S128G25) 550/480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1Tb P210 (P210S1TB25) 520/430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503,95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1Tb P220 (P220S1TB25) 550/500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601,49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240Gb Burst Elite  (PBE240GS25SSDR) 450/320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256Gb P210 (P210S256G25) 500/400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256Gb P220 (P220S256G25) 550/490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2Tb P210 (P210S2TB25) 520/430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2Tb P220 (P220S2TB25) 550/500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997,20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480Gb Burst Elite  (PBE480GS25SSDR) 450/320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311,30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512Gb P210 (P210S512G25) 520/430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311,30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Patriot 960Gb Burst Elite  (PBE960GS25SSDR) 450/320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471,44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Samsung 1TB 870 EVO (MZ-77E1T0BW)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Samsung 250GB 870 EVO (MZ-77E250B/EU) 560/530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Samsung 250GB 870 EVO (MZ-77E250BW) 560/530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711,22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Samsung 500GB 870 EVO (MZ-77E500BW) 560/530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685,60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1TB CX2 (T253X6001T0C101) 540/490MBps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1TB GX2 (T253X2001T0C101) 530/430MBps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540,53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1TB QX (T253X7001T0C101) 560/500MBps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1TB Vulcan Z (T253TZ001T0C101) 550/500MBps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240GB CX1 (T253X5240G0C101) 520/430MBps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256GB CX2 (T253X6256G0C101) 520/430MBps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256GB Vulcan Z (T253TZ256G0C101) 520/450MBps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2TB CX2 (T253X6002T0C101) 540/490MBps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965,54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2TB GX2 (T253X2002T0C101) 530/430MBps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949,72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2TB QX (T253X7002T0C101) 540/490MBps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2TB Vulcan Z (T253TZ002T0C101) 550/500MBps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848,16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512GB QX (T253X7512G0C101) 560/500MBps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Team 512GB Vulcan Z (T253TZ512G0C101) 540/470MBps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302,88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WD 500Gb Blue WDS500G3B0A  3D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M.2 PCI-E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ADATA Legend 710 1TB (ALEG-710-1TCS) 2400/1800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593,36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ADATA Legend 710 256Gb (ALEG-710-256GCS) 2100/1000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ADATA Legend 710 2TB (ALEG-710-2TCS) 2400/1800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1 266,29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ADATA Legend 710 512Gb (ALEG-710-512GCS) 2400/1000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ADATA XPG SX8200 Pro 512GB (ASX8200PNP-512GT-C) 3350/2350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Apacer 1Tb AS2280P4X (AP1TBAS2280P4X-1) 2100/1700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577,10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Apacer 256GB AS2280P4 (AP256GAS2280P4-1) 2100/1300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239,79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Apacer 256GB AS2280P4U (AP256GAS2280P4U-1) 3500/1200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Apacer 256GB AS2280Q4L (AP256GAS2280Q4L-1) 3600/3000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Apacer 512GB AS2280Q4L (AP512GAS2280Q4L-1) 3600/3000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128GB N930E PRO (NT01N930E-128G-E4X) 1591/594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1TB N930E PRO (NT01N930E-001T-E4X) 2100/1500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565,44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1TB NV2000 (NT01NV2000-1T0-E4X) 2500/2100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560,85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1TB NV3000 (NT01NV3000-1T0-E4X) 3100/2100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625,87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1TB NV3000-Q (NT01NV3000Q-1T0-E4X) 3000/2100 MBps QLC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625,87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250GB NV3000 (NT01NV3000-250-E4X) 3000/1400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256GB N930E PRO (NT01N930E-256G-E4X) 1871/1145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204,85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256GB NV2000 (NT01NV2000-256-E4X) 2500/1000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223,14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2TB NV3000 (NT01NV3000-2T0-E4X) 3300/2900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1 005,12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2TB NV3000-Q (NT01NV3000Q-2T0-E4X) 3000/2100 MBps QLC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500GB N950E PRO (NT01N950E-500G-E4X) 3500/2200 MBps TLC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500GB NV3000 (NT01NV3000-500-E4X) 3100/2100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512GB N930E PRO (NT01N930E-512G-E4X) 2018/1309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344,95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Netac 512GB NV3000-Q (NT01NV3000Q-512-E4X) 3000/2100 MBps QLC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128GB P300 (P300P128GM28) 1600/600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128GB P320 (P320P128GM28) 1600/1000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1Tb P300 (P300P1TBM28) 2100/1650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1Tb P320 (P320P1TBM28) 3000/2200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666,51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256GB P300 (P300P256GM28) 1700/1100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256GB P320 (P320P256GM28) 2200/1200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2Tb P300 (P300P2TBM28) 2100/1650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1 171,32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2Tb P320 (P320P2TBM28) 3000/2200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1 171,32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512GB P300 (P300P512GM28) 1700/1200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349,51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Patriot 512GB P320 (P320P512GM28) 3000/2200 MBps TLC. (Bulk)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Team 1TB MP33 (TM8FP6001T0C101) 1800/1500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625,87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Team 1TB MP33 PRO (TM8FPD001T0C101) 3500/3000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674,64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Team 512GB MP33 (TM8FP6512G0C101) 1700/1400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373,90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3.0 x4 Team 512GB MP33 PRO (TM8FPD512G0C101) 3400/2600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1TB Legend 960 (ALEG-960-1TCS) 7400/6000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796,56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860 1TB (SLEG-860-1000GCS) 6000/4000 MBps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617,74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860 500GB (SLEG-860-500GCS) 5000/3000 MBps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398,28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900 1Tb (SLEG-900-1TCS) 7000/4700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666,51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900 2Tb (SLEG-900-2TCS) 7000/4700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1 135,53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900 512Gb (SLEG-900-512GCS) 6200/2300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900 Pro 1Tb (SLEG-900P-1TCS) 7400/6000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900 Pro 2Tb (SLEG-900P-2TCS) 7400/6000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1 242,55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900 Pro 4Tb (SLEG-900P-4TCS) 7400/6500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960 Max 1TB (ALEG-960M-1TCS) 7400/6000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777,48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960 Max 2TB(ALEG-960M-2TCS) 7400/6800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1 479,97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Legend 960 Max 4TB(ALEG-960M-4TCS) 7400/6800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2 466,67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SPECTRIX S65G 500Gb (SSPECTRIXS65G-500G-CI) 5000/2700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S60 1TB (AGAMMIXS60-1T-CS) 5000/3200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707,15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S60 2TB (AGAMMIXS60-2T-CS) 5000/4200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S60 512GB (AGAMMIXS60-512G-CS) 4700/1700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S70 Blade 1TB (AGAMMIXS70B-1T-CS) 7400/5500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812,82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S70 Blade 2TB (AGAMMIXS70B-2T-CS) 7400/6800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1 503,72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S70 Blade 4TB (AGAMMIXS70B-4T-CS) 7200/6600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2 603,52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ADATA XPG GAMMIX S70 Blade 512GB (AGAMMIXS70B-512G-CS) 7200/2600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479,56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Crucial 1Tb E100 (CT1000E100SSD8) 5000/4500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625,87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Crucial 1Tb P310 (CT1000P310SSD5) 7100/6000 MBps QLC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1Tb Fury Renegade (SFYRSK/1000G) 7300/6000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997,20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1Tb SKC3000 (SKC3000S/1024G) 7000/6000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902,23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3099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1Tb SKC3000 (SKC3000S/1024GBK) 7000/6000 MBps 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894,32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1Tb SNV3S (SNV3S/1000G) 6000/4000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1Tb SNV3S (SNV3S/1000GBK) 6000/4000 MBps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658,38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2Tb Fury Renegade (SFYRDK/2000G) 7300/7000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1 385,00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2TB KC3000 (SKC3000D/2048GBK) Bulk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1 487,89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2Tb SKC3000D (SKC3000D/2048G) 7000/7000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1 410,81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2Tb SNV3S (SNV3S/2000G) 6000/5000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2Tb SNV3S (SNV3S/2000GBK) 6000/5000 MBps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4Tb Fury Renegade (SFYRDK/4000G) 7300/7000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3 041,10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4Tb SKC3000D (SKC3000D/4096G) 7000/7000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2 365,30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4Tb SNV3S (SNV3S/4000G) 6000/5000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2 409,23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4Tb SNV3S (SNV3S/4000GBK) 6000/5000 MBps TLC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2 370,37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500Gb SNV3S (SNV3S/500G) 5000/3000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500Gb SNV3S (SNV3S/500GBK) 5000/3000 MBps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438,92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512GB SKC3000 (SKC3000S/512G) 7000/3900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788,44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Kingston 512GB SKC3000 (SKC3000S/512GBK) 7000/3900 MBps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764,05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1TB NV7000 (NT01NV7000-1T0-E4X) 7200/5500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796,56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1TB NV7000-t (NT01NV7000t-1T0-E4X) 7300/6600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772,18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1TB NV7000Q (NT01NV7000Q-1T0-E4X) 7100/6200 SLS-кеш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2TB NV7000 (NT01NV7000-2T0-E4X) 7200/5500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2TB NV7000-t (NT01NV7000t-2T0-E4X) 7300/6700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1 066,71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2TB NV7000Q (NT01NV7000Q-2T0-E4X) 7100/6200 SLS-кеш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997,89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Netac 500GB NV5000 (NT01NV5000-500-E4X) 5000/2500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398,28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1TB P400 (P400P1TBM28H) 5000/4800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723,41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1TB P400 V4 (P400VP1TBM28H) 6000/5000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1TB P410 (P410P1TBM28H) 5000/4500 MBps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1Tb Viper VP4300 Lite (VP4300L1TBM28H) 7400/6400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2TB P400 (P400P2TBM28H) 4900/4400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1 092,17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2TB P400 V4 (P400VP2TBM28H) 6200/5200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997,89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500GB P400 V4 (P400VP500GM28H) 5000/3300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Patriot 500GB Viper VP4300 Lite (VP4300L500GM28H) 7000/4000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1TB 990 EVO Plus Series (MZ-V9S1T0BW) 7150/6300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742,14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1TB 990 Pro Series (MZ-V9P1T0B/AM) 7450/6900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933,89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1TB 990 Pro Series (MZ-V9P1T0BW) 7450/6900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890,57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1TB 990 Pro Series (MZ-V9P1T0CW) 7450/6900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929,07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2TB 990 EVO Plus Series (MZ-V9S2T0BW) 7250/6300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1 305,86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2TB 990 Pro (MZ-V9P2T0CW) 7450/6900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1 385,00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2TB 990 Pro Series (MZ-V9P2T0BW) 7450/6900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1 345,43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4TB 990 EVO Plus Series (MZ-V9S4T0BW) 7250/6300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Samsung 4TB 990 Pro Series (MZ-V9P4T0BW) 7450/6900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3 041,10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1TB Cardea A440 (TM8FPZ001T0C327) 7000/5500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894,10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1TB MP44 (TM8FPW001T0C101) 7400/6500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788,44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1TB MP44L (TM8FPK001T0C101) 5000/4500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660,86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1TB MP44Q (TM8FFD001T0C101) 7400/6200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1TB NV5000 (TM8FGM001T0C101) 4500/1900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723,41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2TB Cardea A440 (TM8FPZ002T0C327) 7000/5500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1 242,55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2TB G50 (TM8FFE002T0C129) 5000/4800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2TB G70 PRO (TM8FFH002T0C128) 7400/6800 MBps Aluminum Heatsink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1 258,37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2TB G70 PRO (TM8FFH002T0C129) 7400/6800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1 242,55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2TB NV5000 (TM8FGM002T0C101) 5000/3000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1 084,26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4.0 x4 Team 500GB MP44L (TM8FPK500G0C101) 5000/2500 MBps SLC-кэш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ADATA XPG MARS 980 BLADE 1TB (SMAR-980B-1TCS) 14000/10000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853,46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ADATA XPG MARS 980 BLADE 2TB (SMAR-980B-2TCS) 14000/13000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1 543,29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ADATA XPG MARS 980 BLADE 4TB (SMAR-980B-4TCS) 14000/13000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2 836,67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ADATA XPG MARS 980 PRO 1TB (SMAR-980P-1TCI) 14000/10000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ADATA XPG MARS 980 PRO 2TB (SMAR-980P-2TCI) 14000/13000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1 567,03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Kingston 1Tb Fury Renegade G5 (SFYR2S/1T0) 14200/11000 MBps TLC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1 582,86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Kingston 4Tb Fury Renegade G5 (SFYR2S/4T0) 14800/14000 MBps TLC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4 196,72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Samsung 1TB 9100 PRO Series (MZ-VAP1T0BW) 14700/13300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Samsung 1TB 9100 PRO Series (MZ-VAP1T0CW) 14700/13300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1 068,43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Samsung 2TB 9100 PRO Series (MZ-VAP2T0BW) 14700/13400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1 741,15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Samsung 2TB 9100 PRO Series (MZ-VAP2T0CW) 14700/13400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1 859,86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Samsung 4TB 9100 PRO Series (MZ-VAP4T0BW) 14800/13400 MBps TLC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3 497,27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Samsung 4TB 9100 PRO Series (MZ-VAP4T0CW) 14800/13400 MBps TLC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3 264,11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Team 1TB GA PRO (TM8FFJ001T0C129) 10000/8500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M PCI Express 5.0 x4 Team 4TB Cardea Z540 (TM8FF1004T0C129) 12400/11800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M.2 SATA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ADATA Ultimate SU650 1TB (ASU650NS38-1TT-C)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Netac 128Gb N535N (NT01N535N-128G-N8X) 510/440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Netac 1Tb N535N (NT01N535N-001T-N8X) 560/520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Netac 256Gb N535N (NT01N535N-256G-N8X) 540/490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Netac 512Gb N535N (NT01N535N-512G-N8X) 540/490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Team 1TB MS30 (TM8PS7001T0C101) 530/480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Team 256GB MS30 (TM8PS7256G0C101) 500/400 MBps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M.2 2280 B&amp;M SATA 3.0 Team 512GB MS30 (TM8PS7512G0C101) 530/430 MBps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390,15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Видеокарты</w:t>
      </w:r>
    </w:p>
    <w:p>
      <w:pPr>
        <w:pStyle w:val="Heading2"/>
      </w:pPr>
      <w:r>
        <w:t>PCI-E 12GB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9070 GRE GAMING OC 12G (GV-R907GREGAMING OC-12GD) 12GB GDDR6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2 681,24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 AORUS MASTER 12G (GV-N5070AORUS M-12GD) 12Gb GDDR7 HDMI+3xDP 16pin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4 084,03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 EAGLE OC SFF 12G (GV-N5070EAGLE OC-12GD) 12Gb GDDR7 HDMI+3xDP 16pin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3 368,86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 GAMING OC 12G (GV-N5070GAMING OC-12GD) 12Gb GDDR7 HDMI+3xDP 16pin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3 691,56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 WINDFORCE OC SFF 12G (GV-N5070WF3OC-12GD) 12Gb GDDR7 HDMI+3xDP 16pin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3 074,89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OCPC RTX 3060 (OCVN3060G12XM) 12GB GDDR6, HDMI+3xDP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1 622,43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5070 Infinity 3 (NE75070019K9-GB2050S) 12Gb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3 159,37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5070 Infinity 3 OC (NE75070S19K9-GB2050S) 12Gb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3 193,16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5070 WHITE OC (NE75070U19K9-GB2050W) 12Gb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3 210,05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PCI-E 16GB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9060XT GAMING OC ICE 16G (GV-R906XGAMINGOCICE-16GD) 16GB GDDR6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9070 GAMING OC 16G (GV-R9070GAMING OC-16GD) 16GB GDDR6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2 736,99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9070XT AORUS ELITE 16G (GV-R9070XTAORUS E-16GD) 16GB GDDR6 2xHDMI+2xDP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3 615,53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9070XT GAMING 16G (GV-R9070XTGAMING-16GD) 16GB GDDR6 2xHDMI+2xDP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3 159,37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9070XT GAMING OC 16G (GV-R9070XTGAMING OC-16GD) 16GB GDDR6 2xHDMI+2xDP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3 311,42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Gigabyte RX 9070XT GAMING OC ICE 16G (GV-R907XGAMINGOCICE-16GD) 16GB GDDR6 HDMI+3xDP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3 345,21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9060XT NITRO+ (11350-01-20G) 16GB GDDR6 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2 280,83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3189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9060XT PULSE (11350-03-20G) 16GB GDDR6 HDMI+2xDP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2 116,22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9070 NITRO+ (11349-01-20G) 16GB GDDR6 2xHDMI+2xDP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3 058,00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9070 PULSE (11349-03-20G) 16GB GDDR6 2xHDMI+2xDP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2 841,74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9070 PURE (11349-02-20G) 16GB GDDR6 2xHDMI+2xDP White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2 872,15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9070XT NITRO+ (11348-01-20G) 16GB GDDR6 2xHDMI+2xDP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3 767,59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9070XT PULSE (11348-03-20G) 16GB GDDR6 2xHDMI+2xDP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3 345,21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9070XT PURE (11348-02-20G) 16GB GDDR6 2xHDMI+2xDP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3 568,22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5070Ti AERO OC 16G (GV-N507TAERO OC-16GD) White 16Gb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5 025,26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5070Ti EAGLE OC ICE SFF 16G (GV-N507TEAGLEOC ICE-16GD) White 16Gb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5 164,90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5070Ti WINDFORCE OC V2 16G (GV-N507TWF3OCV2-16GD) 16Gb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4 673,16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3199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5080 AERO OC 16G (GV-N5080AERO OC-16GD) White 16Gb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6 713,61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5080 AORUS MASTER 16G (GV-N5080AORUS M-16GD) 16Gb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6 700,34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5080 GAMING OC 16G (GV-N5080GAMING OC-16GD) 16Gb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6 312,25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5080 WINDFORCE OC SFF 16G (GV-N5080WF3OC-16GD) 16Gb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5 950,70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5060Ti Infinity 3 OC (NE7506TS19T1-GB2061S) 16Gb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3 341,83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5080 GamingPro (NE75080019T2-GB2031A) 16Gb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5 721,83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5080 GamingPro OC (NE75080S19T2-GB2031A) 16Gb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5 837,92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PCI-E 1GB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AFOX GT 210 (AF210-1024D3L8) 1Gb DDR3 (VGA+DVI+HDMI)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112,16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PCI-E 2GB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ASUS GT 730 (GT730-SL-2GD5-BRK) 2Gb DDR5 D-Sub+DVI+HDMI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OCPC GT 610 (OCVNGT610G2F) 2Gb GDDR3 HDMI+DVI+VGA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138,83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PCI-E 4GB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OCPC RX 550 (OCVARX550G4SE) 4GB GDDR5 DVI+HDMI+DP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311,30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OCPC GT 1030 (OCVNGT1030G4D4) 4Gb GDDR4 HDMI+DVI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OCPC GT 1050Ti (OCVN1050TIG4D5) 4Gb GDDR5 HDMI+DP+DVI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OCPC GT 730 (OCVNGT730G4) 4Gb GDDR3 HDMI+DVI+VGA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Zotac GT730 ZONE Edition (ZT-71115-20L) 4Gb DDR3 D-Sub+DVI+HDMI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PCI-E 6GB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RTX A2000 (900-5G192-2250-000) 12GB GDDR6 4xmDP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3 924,71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PCI-E 8GB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OCPC RX 580 (OCVARX580G8XR) 8GB GDDR5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9060 PULSE OC (11351-14-10G) 8GB GDDR6 HDMI+2xDP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1 503,72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AMD Radeon Sapphire RX 9060XT PULSE OC (11350-04-20G) 8GB GDDR6 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1 582,86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3050 WINDFORCE OC V2 8G (GV-N3050WF2OCV2-8GD) 8Gb GDDR6 8pin 2xHDMI+2xDP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1 345,43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5050 GAMING OC 8G (GV-N5050GAMING OC-8GD) 8Gb GDDR6 8pin 2xHDMI+2xDP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1 651,68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5050 WINDFORCE OC 8G (GV-N5050WF2OC-8GD) 8Gb GDDR6 8pin 2xHDMI+2xDP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1 741,15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5050 WINDFORCE OC V2 8G (GV-N5050WF2OCV2-8GD) 8Gb GDDR6 8pin 2xHDMI+2xDP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1 741,15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AERO OC 8G (GV-N5060AERO OC-8GD) 8Gb GDDR7 HDMI+3xDP White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2 057,72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EAGLE MAX OC 8G (GV-N5060EAGLEMAX OC-8GD)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1 720,50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EAGLE OC 8G (GV-N5060EAGLE OC-8GD)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1 754,91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EAGLE OC ICE 8G (GV-N5060EAGLEOC ICE-8GD)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1 789,32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GAMING OC 8G (GV-N5060GAMING OC-8GD)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1 892,55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WINDFORCE MAX OC 8G (GV-N5060WF2MAX OC-8GD)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1 686,09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 WINDFORCE OC 8G (GV-N5060WF2OC-8GD)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1 899,43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5060Ti AERO OC 8G (GV-N506TAERO OC-8GD)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2 247,04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5060Ti EAGLE MAX OC 8G (GV-N506TEAGLEMAX OC-8GD)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2 213,25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5060Ti EAGLE OC 8G (GV-N506TEAGLE OC-8GD)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2 198,80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Gigabyte RTX 5060Ti GAMING OC 8G (GV-N506TGAMING OC-8GD)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2 230,14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OCPC RTX 3070Ti (OCVN3070TIG8D6XE) 8GB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2 097,29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5050 DUAL (NE65050019P1-GB2070D) 8Gb GDDR6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1 503,72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5050 DUAL OC (NE65050S19P1-GB2070D) 8Gb GDDR6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1 543,29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5060 DUAL (NE75060019P1-GB2063D)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1 617,27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5060 DUAL OC (NE75060S19P1-GB2063D)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1 651,68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5060 Infinity 2 OC (NE75060V19P1-GB2063L) 8Gb GDDR7 HDMI+3xDP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1 919,22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Видеокарта NVIDIA GeForce Palit RTX 5060 WHITE OC (NE75060U19P1-GB2063M) 8Gb GDDR7 HDMI+3xDP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1 939,00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Корпус</w:t>
      </w:r>
    </w:p>
    <w:p>
      <w:pPr>
        <w:pStyle w:val="Heading2"/>
      </w:pPr>
      <w:r>
        <w:t>ATX с БП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Aerocool Cs-1101 500W (KCAS-500W PLUS) (ACCX-PC02054.12) (Стенка с перфорацией для вентиляции, 2xUSB 2.0, 1xUSB-A 3.2 5Гбит/с, 1x80mm Fan, HD Audio+Mic, 1x5.25", 3x3.5", 2x2.5", VGA MAX 290mm, CPU MAX 150mm) Black (НЕ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Vicsone F3X 600W (БП N-Tech Elite VXE 600B 80+ Bronze) (Стенка с перфорацией для вентиляции, 2xUSB3.0, HD Audio+Mic, VGA MAX 250mm, CPU MAX 155mm, сталь 0,66 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Vicsone F4X 500W (VP-500s) (Стенка с перфорацией для вентиляции, 2xUSB3.0, 1xUSB2.0, HD Audio+Mic, 2x3.5", 2x2.5", VGA MAX 330mm, CPU MAX 160mm) Black (аналог F3X)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Vicsone F4X 500W (БП N-Tech Elite VXE 500B 80+ Bronze) (Стенка с перфорацией для вентиляции, 2xUSB3.0, 1xUSB2.0, HD Audio+Mic, 2x3.5", 2x2.5", VGA MAX 330mm, CPU MAX 160mm) Black (аналог F3X)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183,01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ATX/mATX без БП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DEFENDER Black (DEFENDER-BKCWW) (Tempered Glass, USB 3.2 Gen 1 Type-A х 2, 3x140mm FAN, HD Audio+Mic, VGA MAX 380mm, CPU MAX 170mm,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DEFENDER White (DEFENDER-WHCWW) (Tempered Glass, USB 3.2 Gen 1 Type-A х 2, 3x140mm FAN, HD Audio+Mic, VGA MAX 380mm, CPU MAX 170mm,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277,64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INVADER X Black (INVADERXMT-BKCWW) (Куб,Tempered Glass, USB 3.2 Gen 2 Type-A, USB 3.2 Gen 2 Type-C, 5x120mm ARGB FAN, HD Audio+Mic, VGA MAX 400mm, CPU MAX 175mm,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INVADER X MINI White (INVADERXMINIMT-WHCWW) (Куб,Tempered Glass, USB 3.2 Gen 2 Type-A, USB 3.2 Gen 2 Type-C, 5x120mm ARGB FAN, HD Audio+Mic, VGA MAX 330mm, CPU MAX 166mm,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INVADER X WOF Black (INVADERXMTWOF-BKCWW) (Куб,Tempered Glass, USB 3.2 Gen 2 Type-A, USB 3.2 Gen 2 Type-C, HD Audio+Mic, VGA MAX 400mm, CPU MAX 175mm,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INVADER X WOF White (INVADERXMTWOF-WHCWW) (Куб,Tempered Glass, USB 3.2 Gen 2 Type-A, USB 3.2 Gen 2 Type-C, HD Audio+Mic, VGA MAX 400mm, CPU MAX 175mm,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LANDER 500 Black (LANDER500MTA-BKCWW) (Tempered Glass, USB 3.2 Gen 1 Type-A х 2, 4x140mm ARGB FAN, HD Audio+Mic, VGA MAX 340mm, CPU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VALOR AIR Black (VALORAIRMT-BKCWW) (Tempered Glass, 2x USB 3.0, 4x140mm FAN, HD Audio+Mic, VGA MAX 305mm, CPU MAX 166mm,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VALOR AIR Plus Black (VALORAIRPLUSMTA-BKCWW) (Tempered Glass, Mesh сетка, 2x USB 3.2, 4x120mm ARGB FAN, HD Audio+Mic, VGA MAX 340mm, CPU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VALOR AIR Plus White (VALORAIRPLUSMTA-WHCWW) (Tempered Glass, Mesh сетка, 2x USB 3.2, 4x140mm ARGB FAN, HD Audio+Mic, VGA MAX 340mm, CPU MAX 160mm,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260,82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ADATA XPG VALOR AIR White (VALORAIRMT-WHCWW) (Tempered Glass, 2x USB 3.0, 4x140mm FAN, HD Audio+Mic, VGA MAX 305mm, CPU MAX 166mm,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222,96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Aerocool Flo Saturn FRGB-G-BK-v1 (ACCM-PB21153.11) (Tempered Glass, 2xUSB 2.0,  2xUSB-A 3.2 5Гбит/с, HD Audio+Mic, 1x3.5", 2x2.5", VGA MAX 321mm, CPU MAX 165mm,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182,90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Aerocool Flo Saturn FRGB-G-WT-V1 (ACCM-PB21153.21) (Tempered Glass, 2xUSB 2.0,  2xUSB-A 3.2 5Гбит/с, HD Audio+Mic, 1x3.5", 2x2.5", VGA MAX 321mm, CPU MAX 165mm,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182,90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Deepcool CH780 (R-CH780-BKADE41-G-1) (Tempered Glass, 1xUSB-A 3.2 5Гбит/с, 1xUSB-C 3.2 5Гбит/с, 3x120mm ARGB Fan, HD Audio+Mic, 2x3.5", 3x2.5", VGA MAX 480mm, CPU MAX 132mm,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Deepcool CH780 WH (R-CH780-WHADE41-G-1) (Tempered Glass, 1xUSB-A 3.2 5Гбит/с, 1xUSB-C 3.2 5Гбит/с, 3x120mm ARGB Fan, HD Audio+Mic, 2x3.5", 3x2.5", VGA MAX 480mm, CPU MAX 132mm,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589,30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Deepcool MATREXX 50 (DP-ATX-MATREXX50) (Tempered Glass, 2xUSB 2.0, 1xUSB-A 3.2 5Гбит/с, 1x120mm Fan, HD Audio+Mic, 2x3.5", 4x2.5", VGA MAX 370mm, CPU MAX 168mm,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Deepcool MATREXX 55 MESH (DP-ATX-MATREXX55-MESH) (Tempered Glass, 2xUSB 2.0, 1xUSB-A 3.2 5Гбит/с, HD Audio+Mic, 2x3.5", 4x2.5", VGA MAX 380mm, CPU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206,13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Deepcool MATREXX 55 MESH V4 (R-MATREXX55-BKAGA4-G-4) (Tempered Glass, 2xUSB-A 3.2 5Гбит/с, 4x120mm ARGB Fan, HD Audio+Mic, 2x3.5", 4x2.5", VGA MAX 370mm, CPU MAX 165mm,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Deepcool MATREXX 55 V4 (R-MATREXX55-BKADA4-G-4) (Tempered Glass, 2xUSB-A 3.2 5Гбит/с, 4x120mm ARGB Fan, HD Audio+Mic, 2x3.5", 3x2.5", VGA MAX 370mm, CPU MAX 165mm,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255,76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Dark Silent (Глухая боковая стенка,1xUSB 3.0, 1xUSB-С 3.2 5Гбит/с, HD Audio+Mic, 5x120mm FAN, VGA MAX 360mm,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Dragon Knight 2 (Tempered Glass, 2xUSB 3.0, 2xUSB 2.0, 1хType-C, Combo Audio, 5x120mm(FN-12Rainbow-C9,Fan included), 9905 HUB ARGB Controller, 8 PCIe slots, 8х3.5 HDD + 2х2.5 SSD * 2; or 10х2.5 SSD, VGA MAX 420mm, CPU MAX 170mm,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F45 WW (Tempered Glass(Plastic+ Dust Mesh+Woodgrain Decoration), USB3.0*2+TYPE-C(GEN2), Combo Audio 4*120MM ARGB PWM Fan(FN12A-S5), V5.0 ARGB PWM HUB, VGA MAX 350mm, CPU MAX 169mm,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Forge AB (Tempered Glass, U3x1+U2x1+TYPE-C(U2), Combo Audio, 5*120MM ARGB Fan(FN12A-S6), 1*120MM ARGB Fan(FN12A-S6), VGA MAX 330mm, CPU MAX 155mm,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151,44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HYPE-A BK (Куб, Tempered Glass, USB3.0*1+1xUSB2.0, HD Audio+Mic, 4x120mm ARGB Fan (FN12A-S8I), V5.0 PWM+ARGB+Remote HUB, VGA MAX 400mm, CPU MAX 157mm,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309,17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HYPE-A WH (Куб, Tempered Glass, USB3.0*1+1xUSB2.0, HD Audio+Mic, 4x120mm ARGB Fan (FN12A-S8I), V5.0 PWM+ARGB+Remote HUB, VGA MAX 400mm, CPU MAX 157mm,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3269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Infinity Plus (Tempered Glass(передняя, боковая, верхняя стенки), USB3.0*1+1xType-C, HD Audio+Mic, 8x120mm ARGB Fan is not on, 2x140mm ARGB Fan is not on VGA MAX 400mm,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Infinity Plus (Tempered Glass(передняя, боковая, верхняя стенки), USB3.0*1+1xType-C, HD Audio+Mic, 8x120mm ARGB Fan is not on, 2x140mm ARGB Fan is not on VGA MAX 400mm, CPU MAX 160mm,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Infinity Pro BK (Куб,Tempered Glass, USB3.0*1+1xType-C Gen2, HD Audio+Mic,2*PWM/ARGB FAN (FN12A-N2), 3*PWM/ARGB FAN (FN12A-N2-R), RMT-AP ARGB+Remote Controller,  V1.9 HUB, VGA MAX 400mm,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Infinity Pro WH (Куб,Tempered Glass, USB3.0*1+1xType-C Gen2, HD Audio+Mic,2*PWM/ARGB FAN (FN12A-N2-W), 3*PWM/ARGB FAN (FN12A-N2-RW), RMT-AP ARGB+Remote Controller,  V1.9 HUB, VGA MAX 400mm, CPU MAX 160mm,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319,71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MASTER 2 (Tempered Glass, 2xUSB 3.0, 2xUSB 2.0, 1хType-C, Combo Audio, 3x120mm(FN-12Rainbow-C9,Fan included), 1x120mm (FN-12Rainbow-C9 Fan included), VGA MAX 420mm, CPU MAX 170mm,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MeshBox (Mesh сетка, 1xUSB 3.0, 1xUSB-С 3.2 5Гбит/с, HD Audio+Mic, VGA MAX 355mm, CPU MAX 168mm,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Nova N6 (Tempered Glass,1xUSB 2.0, 1xUSB-А 3.2 5Гбит, 1x120mm ARGB Fan, HD Audio+Mic,  2x3.5", 2x2.5", VGA MAX 360mm, CPU MAX 156mm)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Precision (Tempered Glass, MESH сетка, 2xUSB 3.0, HD Audio+Mic, PWM+ARGB Hub, 1x120mm ARGB fan incl., COC Cooling FAN, VGA MAX 360mm, CPU MAX 170mm, съёмная TOP панель для удобной сборки и установки AIO)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Precision (Tempered Glass, MESH сетка, 2xUSB 3.0, HD Audio+Mic, PWM+ARGB Hub, 1x120mm ARGB fan incl., COC Cooling FAN, VGA MAX 360mm, CPU MAX 170mm, съёмная TOP панель для удобной сборки и установки AIO)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Spark PRO (Tempered Glass, 1xUSB-A 3.2 5Гбит/с, 1xUSB-С 3.2 5Гбит/с, HD Audio+Mic, VGA MAX 355mm, CPU MAX 168mm, пылевые фильтры,up to 6x 120-140mm fans)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3279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Spark PRO Full (Tempered Glass, 1xUSB-A 3.2 5Гбит/с, 1xUSB-С 3.2 5Гбит/с, HD Audio+Mic, VGA MAX 355mm, CPU MAX 168mm, пылевые фильтры,up to 6x 120-140mm fans) 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Storm 2 AB (Tempered Glass, U3x1+U2x1+TYPE-C(U2), Combo Audio, 5*120MM ARGB Fan(FN12A-S6), 1*120MM ARGB Fan(FN12A-M6), HD Audio+Mic, VGA MAX 330mm, CPU MAX 155mm,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Storm 2 AW (Tempered Glass, U3x1+U2x1+TYPE-C(U2), Combo Audio, 5*120MM ARGB Fan(FN12A-S6), 1*120MM ARGB Fan(FN12A-M6), HD Audio+Mic, VGA MAX 330mm, CPU MAX 155mm,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161,98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Titan Silent 2 (Глухая боковая стенка, 2xUSB 2.0, 2xUSB-A 3.2 5Гбит/с, 3x120mm Fan, HD Audio+Mic, VGA MAX 420mm, CPU MAX 170mm,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VISTA 2 AB (Куб, Tempered Glass, USB 3.2 Type-A*2, USB 3.2 Type C*1, 1x120mm (Tornado T12 ARGB), 2x120mm(Tornado T12 ARGB-R), 1*(V5.0 PWM ARGB HUB), VGA MAX 410mm, CPU MAX 165mm,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239,79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VISTA 2 AW (Куб, Tempered Glass, USB 3.2 Type-A*2, USB 3.2 Type C*1, 1x120mm (Tornado T12 ARGB), 2x120mm(Tornado T12 ARGB-R), 1*(V5.0 PWM ARGB HUB), VGA MAX 410mm, CPU MAX 165mm,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GameMax Vista COC BK (AB) (Куб, Tempered Glass, USB3.0*1+1xUSB2.0 +1x Type-C (U2), FN12A-SQ2*4-ARGB, FN12A-MQ2*1-ARGB, VGA MAX 330mm, CPU MAX 155mm,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Geometric Future Model 5 (Tempered Glass, 2xUSB-A 3.2 5Гбит/с, 1xUSB-C 2x2 20Гбит/с, HD Audio+Mic, VGA MAX 460mm, CPU MAX 180mm, пылевые фильтры) White (НЕ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344,95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AIR 1000 Premium (MNT-A1000P-W) (Tempered Glass, 1xUSB 2.0, 2xUSB-A 3.2 5Гбит/с, 3x140mm ARGB Fan+120mm ARGB Fan, HD Audio+Mic, VGA MAX 340mm, CPU MAX 170mm, пылевые фильтры) White / Сменная передняя панель (стекло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AIR 1000 Silent (MNT-A1000S-B) (Глухая боковая стенка, 1xUSB 2.0, 2xUSB-A 3.2 5Гбит/с, 3x120mm Fan, HD Audio+Mic, VGA MAX 340mm, CPU MAX 170mm,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3289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HS01 Pro B (MNT-HS01 Pro-B) (Tempered Glass, 1xUSB 2.0, 1xUSB-A 3.2 5Гбит/с, 4x120mm ARGB FAN, ARGB PWM Fan Controller, HD Audio+Mic, VGA MAX 400mm, CPU MAX 168mm,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386,10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HS01 Pro W (MNT-HS01 Pro W) (Tempered Glass, 1xUSB 2.0, 1xUSB-A 3.2 5Гбит/с, 4x120mm ARGB FAN, ARGB PWM Fan Controller, HD Audio+Mic, VGA MAX 400mm, CPU MAX 168mm,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386,10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HS02 Pro B (MNT-HS02 Pro-B) (Tempered Glass, 1xUSB 2.0, 1xUSB-A 3.2 5Гбит/с, 5x120mm ARGB FAN, ARGB PWM Fan Controller, HD Audio+Mic, VGA MAX 400mm, CPU MAX 168mm,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HS02 Pro W (MNT-HS02 Pro-W) (Tempered Glass, 1xUSB 2.0, 1xUSB-A 3.2 5Гбит/с, 5x120mm ARGB FAN, ARGB PWM Fan Controller, HD Audio+Mic, VGA MAX 400mm, CPU MAX 168mm,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KING 65 PRO (MNT-K65P-B) / Tempered Glass/ 3x120mm ARGB PWM Fan / GPU Max 420mm / CPU Cooler Max 175mm / Black / Куб /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302,88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KING 95 (MNT-K95-W) / No Fan / GPU Max 420mm / CPU Cooler Max 175mm / TG / White / Куб / Сменная передняя панель (стекло либо сетка)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434,86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KING 95 PRO (MNT-K95P-B) / 2x140mm ARGB Reverse PWM + 3x120mm ARGB Reverse PWM + 1x120mm ARGB PWM Fan / GPU Max 420mm / CPU Cooler Max 175mm / TG / Black / Куб / Сменная передняя панель (стекло либо сетка)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573,04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KING 95 PRO (MNT-K95P-PB) / 2x140mm ARGB Reverse PWM + 3x120mm ARGB Reverse PWM + 1x120mm ARGB PWM Fan / GPU Max 420mm / CPU Cooler Max 175mm / TG / Blue / Куб / Сменная передняя панель (стекло либо сетка)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KING 95 PRO (MNT-K95P-R) / 2x140mm ARGB Reverse PWM + 3x120mm ARGB Reverse PWM + 1x120mm ARGB PWM Fan / GPU Max 420mm / CPU Cooler Max 175mm / TG / Vibrant Red / Куб / Сменная передняя панель (стекло либо сетка)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KING 95 PRO (MNT-K95P-W) / 2x140mm ARGB Reverse PWM + 3x120mm ARGB Reverse PWM + 1x120mm ARGB PWM Fan / GPU Max 420mm / CPU Cooler Max 175mm / TG / White / Куб / Сменная передняя панель (стекло либо сетка)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585,23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3299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SKY ONE LITE (MNT-SOL-W) (Tempered Glass (дверца), 1xUSB 2.0, 1xUSB-A 3.2 5Гбит/с, 3x120mm  FAN, HD Audio+Mic, VGA MAX 350mm, CPU MAX 170mm,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SKY TWO (MNT-ST-B) (Tempered Glass, 1xUSB 2.0, 1xUSB-A 3.2 5Гбит/с, 4x120mm ARGB FAN, HD Audio+Mic, VGA MAX 400mm, CPU MAX 168mm,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302,88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SKY TWO (MNT-ST-MB) (Tempered Glass, 1xUSB 2.0, 1xUSB-A 3.2 5Гбит/с, 4x120mm ARGB FAN, HD Audio+Mic, VGA MAX 400mm, CPU MAX 168mm, пылевые фильтры) Morocco Blue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SKY TWO (MNT-ST-W) (Tempered Glass, 1xUSB 2.0, 1xUSB-A 3.2 5Гбит/с, 4x120mm ARGB FAN, HD Audio+Mic, VGA MAX 400mm, CPU MAX 168mm,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307,09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SKY TWO GX (MNT-ST-G-W) (Tempered Glass, 1xUSB 2.0, 1xUSB-A 3.2 5Гбит/с, 3x140mm ARGB FAN, HD Audio+Mic, VGA MAX 400mm, CPU MAX 168mm,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288,14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X3 MESH (MNT-X3M-B) (Tempered Glass, 2xUSB 2.0, 1xUSB-A 3.2 5Гбит/с, 3x140mm FRGB + 3x120mm FRGB Fan (Molex), GPU Max 305mm, CPU Cooler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XR (MNT-XR-B) (Tempered Glass, 1xUSB 2.0, 1xUSB-A 3.2 5Гбит/с, 3x120mm ARGB, HD Audio+Mic, VGA MAX 420mm, CPU MAX 175mm,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XR (MNT-XR-W) (Tempered Glass, 1xUSB 2.0, 1xUSB-A 3.2 5Гбит/с, 3x120mm ARGB, HD Audio+Mic, VGA MAX 420mm, CPU MAX 175mm, пылевые фильтры, паттерн "дерево" на блоке ввода/вывода)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Montech XR Wood (MNT-XR Wood-B) (Tempered Glass, natural wood material with, USB3.0*2, Type-C*1,  4x120mm ARGB, HD Audio+Mic, VGA MAX 420mm, CPU MAX 175mm,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Project X Ghost (Tempered Glass, 2xUSB 2.0, 1xUSB-A 3.2 5Гбит/с, 4x120mm No FAN , HD Audio+Mic, 2x3.5", 2x2.5", VGA MAX 330mm, CPU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Project X Maverick (Tempered Glass, 1xUSB 2.0, 2xUSB-A 3.2 5Гбит/с, 1xType C, 4x120mm FAN(4 ARGB Fan included)+6pin controller set, HD Audio+Mic, 2x3.5", 3x2.5", VGA MAX 405mm,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Project X Siberia (Tempered Glass, 2xUSB-A 3.2 5Гбит/с, 4x120mm BLACK SILENT FAN 4pin PWM, HD Audio+Mic, 1x3.5", 1x2.5", VGA MAX 330mm, CPU MAX 175mm,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199,40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Project X Viper (Tempered Glass, 2xUSB 2.0, 1xUSB-A 3.2 5Гбит/с, 4x120mm FAN(4 ARGB Fan included), HD Audio+Mic, 2x3.5", 2x2.5", VGA MAX 330mm,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Segotep GANK 360 (Tempered Glass, MESH сетка, 2xUSB 3.0, HD Audio+Mic, 2x2.5", 2x3.5", VGA MAX 390mm, CPU MAX 170mm,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Segotep SG-PM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Vicsone 8821C (Стенка с перфорацией для вентиляции, 1xUSB3.1,  2xUSB3.0, 2xUSB2.0, 1хType-C, 1x120 mm FAN, 6х3.5", 2*5,25" HD Audio+Mic, VGA MAX 250mm, CPU MAX 155mm,сталь 0,66 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119,91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Vicsone F3X (Стенка с перфорацией для вентиляции, 2xUS3.0, 2х3.5 HDD, HD Audio+Mic, VGA MAX 250mm, CPU MAX 155mm,сталь 0,66 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XYZ (X-CS-TITANIUMV240-W) ЧЁРНЫЙ, нет крепления на помпу, битое стекло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237,77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Zalman S5 (Tempered Glass, 2xUSB 2.0, 1xUSB-A 3.2 5Гбит/с, 2x120mm ARGB FAN, HD Audio+Mic, VGA MAX 340mm, CPU MAX 160mm,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203,61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Zalman T6 (Стенка с перфорацией для вентиляции, 2xUSB 2.0, 1xUSB-С 3.2 5Гбит/с, 1x120mm FAN, HD Audio+Mic, VGA MAX 280mm, CPU MAX 165mm)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119,91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Zalman T8 (Стенка с перфорацией для вентиляции, 2xUSB 2.0, 1xUSB-С 3.2 5Гбит/с, 1x120mm FAN, HD Audio+Mic, VGA MAX 295mm, CPU MAX 160mm)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124,11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ATX Без БП Zalman Z9 Iceberg (Tempered Glass, 2xUSB 2.0, 2xUSB-A 3.2 5Гбит/с, 1xUSB-C 3.2 5Гбит/с, 2x140mm FAN, HD Audio+Mic, VGA MAX 390mm, CPU MAX 185mm,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E-ATX Без БП GameMax Siege BK (Tempered Glass, Mesh сетка, 1xUSB 2.0, 1xUSB-A 3.2, HD Audio+Mic, 4x120mm ARGB Fan, VGA MAX 410mm, CPU MAX 165mm,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E-ATX Без БП GameMax Siege WH (Tempered Glass, Mesh сетка, 1xUSB 2.0, 1xUSB-A 3.2, HD Audio+Mic, 4x120mm ARGB Fan, VGA MAX 410mm, CPU MAX 165mm,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E-ATX Без БП Montech AIR 903 Max (MNT-A903M-B) (Tempered Glass, 2xUSB-A 3.2 5Гбит/с, 1xUSB-C 3.2 5Гбит/с, 4x120mm ARGB FAN, HD Audio+Mic, VGA MAX 400mm, CPU MAX 180mm,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260,82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ADATA XPG LANDER 300 Black (LANDER300MAA-BKCWW) (Tempered Glass, USB 3.2 Gen 1 Type-A х 2, 4x140mm ARGB FAN, HD Audio+Mic, VGA MAX 390mm, CPU MAX 180mm,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222,96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Deepcool CC360 WH ARGB (R-CC360-WHAPM3-G-1) (Tempered Glass, 2xUSB 2.0, 1xUSB-A 3.2 5Гбит/с, 3x120mm ARGB Fan, HD Audio+Mic, 2x3.5", 2x2.5", VGA MAX 320mm, CPU MAX 165mm,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Deepcool CH170 Digital WH (R-CH170-WHNPI0D-G-1) (Mesh сетка, 2xUSB-A 3.2 5Гбит/с, 1xUSB-C 3.2 10Гбит/с, HD Audio+Mic, VGA MAX 305mm, CPU MAX 172mm,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219,19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Deepcool CH360 WH (R-CH360-WHAPE3-G-1) (Tempered Glass, 1xUSB-A 3.2 5Гбит/с, 1xUSB-C 3.2 5Гбит/с, 3x120mm ARGB Fan, HD Audio+Mic, 1x3.5", 2x2.5", VGA MAX 320mm, CPU MAX 165mm,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Deepcool MATREXX 30 (DP-MATX-MATREXX30) (Tempered Glass, 1xUSB 2.0, 1xUSB-A 3.2 5Гбит/с, 1x120mm Fan, HD Audio+Mic, 3x3.5", 1x5.25", VGA MAX 250mm, CPU MAX 151mm)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Deepcool MATREXX 30 Si Black (DP-MATX-MATREXX30-SI) (Глухая боковая стенка, 1xUSB 2.0, 1xUSB-A 3.2 5Гбит/с, 1x120mm Fan, HD Audio+Mic, 3x3.5", 1x5.25", VGA MAX 250mm, CPU MAX 151mm)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Aero Mini (H607) (Tempered Glass, Mesh сетка, 1xUSB 2.0, 1xUSB-C 3.2 5Гбит, 4x120mm ARGB Fan, HD Audio+Mic, VGA MAX 340mm, CPU MAX 155mm,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172,48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Aero Mini ECO (H607 ECO) (Tempered Glass, Mesh сетка,1xUSB 2.0, 1xUSB-C 3.2 5Гбит, 4x120mm Fan, HD Audio+Mic, VGA MAX 340mm, CPU MAX 155mm,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Defender Mesh (DEFENDER MB) (Tempered Glass, 2xUSB 2.0, 1xUSB 3.0, 4x120mm ARGB Fan, HD Audio+Mic, VGA MAX 410mm, CPU MAX 165mm,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Destroyer Mesh (DESTROYER MB) (Tempered Glass, 2xUSB 2.0, 1xUSB-C 3.2 5Гбит, 4x120mm FRGB Fan, HD Audio+Mic, VGA MAX 410mm, CPU MAX 165mm,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F35 BW (Tempered Glass(Plastic+ Dust Mesh+Woodgrain Decoration), USB3.0*2+TYPE-C(GEN2), Combo Audio 3*120MM ARGB PWM Fan(FN12A-S5), V5.0 ARGB PWM HUB, VGA MAX 350mm, CPU MAX 169mm,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F35 WW (Tempered Glass(Plastic+ Dust Mesh+Woodgrain Decoration), USB3.0*2+TYPE-C(GEN2), Combo Audio 3*120MM ARGB PWM Fan(FN12A-S5), V5.0 ARGB PWM HUB, VGA MAX 350mm, CPU MAX 169mm,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F36 Dark (PREMIUM (Plastic+ Dust Mesh), USB3.0*2+TYPE-C(GEN2), Combo Audio, 2x140MM PWM Fan(GMX-14WFBK-PWM), 1x120MM PWM Fan(GMX-12WFBK-PWM), VGA MAX 350mm, CPU MAX 169mm,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Forge COC (Tempered Glass, U3x1+U2x1+TYPE-C(U2), Combo Audio, 5*120MM ARGB Fan(FN12A-S6), 1*120MM ARGB Fan(FN12A-S6), VGA MAX 330mm, CPU MAX 155mm,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Forge MB (Tempered Glass, U3x1+U2x1+TYPE-C(U2), Combo Audio, 3*120MM ARGB Fan(FN12A-S6), 1*120MM ARGB PWM Fan(FN12A-S5), VGA MAX 330mm, CPU MAX 155mm,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3339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HYPE-M BK (Куб, Tempered Glass, USB3.0*1+2xUSB2.0 , HD Audio+Mic, 3x120mm ARGB Fan (FN12A-S8I), 6ports PWM+ARGB HUB, VGA MAX 400mm, CPU MAX 157mm,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HYPE-M WH (Куб, Tempered Glass, USB3.0*1+2xUSB2.0, HD Audio+Mic, 3x120mm ARGB Fan (FN12A-S8I), 6ports PWM+ARGB HUB, VGA MAX 400mm, CPU MAX 157mm,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277,64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Infinity Mini (Tempered Glass, 1USB3.0*1+2xUSB2.0, HD Audio+Mic, 7x120mm ARGB Fan is not on, VGA MAX 330mm, CPU MAX 155mm, пылевые фильтры) Black. Поддерживает материнские платы формата Flex-ATX/Mini-ITX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Infinity Mini (Tempered Glass, USB3.0*1+2xUSB2.0, HD Audio+Mic, 7x120mm ARGB Fan is not on, VGA MAX 330mm, CPU MAX 155mm, пылевые фильтры) White. Поддерживает материнские платы формата Flex-ATX/Mini-ITX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Infinity T20 BK (Куб,Tempered Glass, USB3.0*1+1xTYPE-C(GEN2),Combo Audio, 3x120mm ARGB Fan, VGA MAX 382mm, CPU MAX 160mm, пылевые фильтры, Форм-фактор БП SFX)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214,55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Infinity T20 WH (Куб,Tempered Glass, USB3.0*1+1xTYPE-C(GEN2),Combo Audio, 3x120mm ARGB Fan, VGA MAX 382mm, CPU MAX 160mm, пылевые фильтры, Форм-фактор БП SFX)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222,96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Legend CLAW 360 BK (Tempered Glass, USB3.0*1+1xType-C Gen2, HD Audio+Mic, 4*PWM/ARGB FAN (Tornado-T12 ARGB)+ ARGB Controller box HUB+Remote, VGA MAX 420mm, CPU MAX 175mm,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Legend CLAW 360 WH (Tempered Glass, USB3.0*1+1xType-C Gen2, HD Audio+Mic, 4*PWM/ARGB FAN (Tornado-T12 ARGB)+ ARGB Controller box HUB+Remote, VGA MAX 420mm, CPU MAX 175mm,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Silent Hill (Глухая боковая стенка,1xUSB 2.0, 1xUSB-С 3.2 5Гбит/с, 1x120mm FAN HD Audio+Mic, VGA MAX 340mm, CPU MAX 155mm,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Storm 2 MW (Tempered Glass, U3x1+U2x1+TYPE-C(U2), Combo Audio, 5*120MM ARGB Fan(FN12A-S6), 1*120MM ARGB Fan(FN12A-M6), HD Audio+Mic, VGA MAX 330mm, CPU MAX 155mm,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GameMax Storm BK (STORM) (Tempered Glass, 2xUSB 2.0, 1xUSB-C 3.2 5Гбит, 1x120mm FRGB Fan, HD Audio+Mic, VGA MAX 320mm, CPU MAX 155mm,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AIR 100 ARGB (MNT-A100AR-B) (Tempered Glass, 1xUSB 2.0, 2xUSB-A 3.2 5Гбит/с, 4x120mm ARGB FAN, HD Audio+Mic, VGA MAX 330mm, CPU MAX 161mm,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AIR 100 ARGB (MNT-A100AR-W) (Tempered Glass, 1xUSB 2.0, 2xUSB-A 3.2 5Гбит/с, 4x120mm ARGB FAN, HD Audio, VGA MAX 330mm, CPU MAX 161mm,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AIR 100 Lite (MNT-A100L-B) (Tempered Glass, 1xUSB 2.0, 2xUSB-A 3.2 5Гбит/с, 2x120mm Non-ARGB DC FAN, HD Audio+Mic, VGA MAX 330mm, CPU MAX 161mm,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AIR 100 Lite (MNT-A100L-W) (Tempered Glass, 1xUSB 2.0, 2xUSB-A 3.2 5Гбит/с, 2x120mm ARGB FAN, HD Audio+Mic, VGA MAX 330mm, CPU MAX 161mm,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Heritage (MNT-Heritage-B) (Mesh сетка, Eco-Leather Finish, USB3.0*2, Type-C (20G)*1, HD Audio+Mic, VGA MAX 400mm, CPU MAX 170mm,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Heritage PRO (MNT-Heritage PRO-W) (Mesh сетка, Eco-Leather Finish, USB3.0*2, Type-C (20G)*1, HD Audio+Mic, GF120 PWM (Reversed)*3, GF120 PWM*1, VGA MAX 400mm, CPU MAX 170mm, пылевые фильтры) WHITE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340,75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KING 15 (MNT-K15-B) / Type A*2 / Type C*1 / Tempered Glass/ No Fan (4x120mm ARGB PWM Fan) / GPU Max 435 mm / CPU Cooler Max 180 mm / Black / Куб /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239,79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KING 15 PRO (MNT-K15P-B) / Type A*2 / Type C*1 / Tempered Glass/ 4x120mm ARGB PWM Fan (AX120 PRO *1, RX120 PRO *3)  / GPU Max 435 mm / CPU Cooler Max 180 mm / Black / Куб /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KING 15 PRO (MNT-K15P-W) / Type A*2 / Type C*1 / Tempered Glass/ 4x120mm ARGB PWM Fan (AX120 PRO *1, RX120 PRO *3)  / GPU Max 435 mm / CPU Cooler Max 180 mm / White / Куб /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X5M (MNT-X5M-B) (Tempered Glass, 1xType-C, 2xUSB-A 3.2 5Гбит/с, 3x120mm ARGB, 1x140mm ARGB, HD Audio+Mic, VGA MAX 405mm, CPU MAX 230mm,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172,48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Montech X5M (MNT-X5M-W) (Tempered Glass, 1xType-C, 2xUSB-A 3.2 5Гбит/с,  3x120mm ARGB, 1x140mm ARGB, HD Audio+Mic, VGA MAX 405mm, CPU MAX 230mm, пылевые фильтры)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Crystal (Tempered Glass, 2xUSB 3.0, 1xUSB-A 3.2 5Гбит/с, 3x120mm FAN (3 ARGB Fan included, M60)+6 pin controller set, HD Audio+Mic, 1x3.5", 1x2.5", VGA MAX 280mm, CPU MAX 155mm,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Cube (Tempered Glass, 1xUSB 2.0, 1xUSB-A 3.2 5Гбит/с, 1xType C, 3x120mm FAN (3 ARGB Fan included, M65)+6 pin controller set, HD Audio+Mic, 2x3.5", 2x2.5", VGA MAX 380mm, CPU MAX 168mm,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Diamond (Tempered Glass, 2xUSB 3.0, 3x120mm FAN (3 ARGB Fan included, M60)+6 pin controller set, HD Audio+Mic, 1x3.5", 1x2.5", VGA MAX 345mm,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Dynamic (Tempered Glass, 2xUSB-A 3.2 5Гбит/с, 3x120mm FAN (3 ARGB Fan included, M60)+6 pin controller set, HD Audio+Mic, 1x3.5", 1x2.5", VGA MAX 360mm, CPU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Osprey (Tempered Glass, 1xUSB 2.0, 1xUSB-A 3.2 5Гбит/с, 3x120mm FAN (3 ARGB Fan included), HD Audio+Mic, 1x3.5", 1x2.5", VGA MAX 360mm,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143,03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Panoramic (Tempered Glass, 1xUSB 2.0, 1xUSB-A 3.2 5Гбит/с, 1xType C, 3x120mm FAN (3 ARGB Fan included, M65)+6 pin controller set, HD Audio+Mic, 1x3.5", 2x2.5", VGA MAX 430mm, CPU MAX 160mm,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243,99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Project X Rhino (Tempered Glass, 1xUSB 2.0, 2xUSB-A 3.2 5Гбит/с, 3x120mm FAN(3 ARGB Fan included), HD Audio+Mic, 2x3.5", 2x2.5", VGA MAX 340mm, CPU MAX 160mm,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147,24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без БП Vicsone 6835 (Стенка с перфорацией для вентиляции, 2xUSB3.0, 2xUSB2.0, HD Audio+Mic, 2x3.5", 1x2.5", VGA MAX 350mm, CPU MAX 145mm, сталь 0,6mm)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mATX с БП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M3X 500W (Vicsone VP-500s) (Стенка с перфорацией для вентиляции, 2xUSB3.0, 1xUSB2.0, HD Audio+Mic, 1x3.5", 1x2.5", VGA MAX 270mm, CPU MAX 150mm)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M3X 600W (БП N-Tech Elite VXE 600B 80+ Bronze) (Стенка с перфорацией для вентиляции, 1xUSB3.0, 2xUSB2.0, HD Audio+Mic, 1x3.5", 1x2.5", VGA MAX 270mm, CPU MAX 150mm)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172,48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M4X 500W (Vicsone VP-500s) (Стенка с перфорацией для вентиляции, 2xUSB3.0, HD Audio+Mic, No-ODD, 1x3.5", 1x2.5", VGA MAX 265mm, CPU MAX 140mm, сталь 0,6mm, рассчитаны на узкие мамки)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129,95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M5X 500W (Vicsone VP-500s) (Стенка с перфорацией для вентиляции, 2xUSB3.0, HD Audio+Mic, No-ODD, 1x3.5", 1x2.5", VGA MAX 265mm, CPU MAX 140mm, сталь 0,6mm, рассчитаны на узкие мамки)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129,95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M5X 600W Black (БП N-Tech Elite VXE 600B 80+ Bronze) (Стенка с перфорацией для вентиляции, 2xUSB3.0, HD Audio+Mic, No-ODD, 1x3.5", 1x2.5", VGA MAX 265mm, CPU MAX 140mm, сталь 0,6mm, рассчитаны на узкие мамки)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M7X 500W (Vicsone VP-500s) (Стенка с перфорацией для вентиляции, 2xUSB3.0, 2xUSB2.0, HD Audio+Mic, No-ODD, 1x3.5", 1x2.5", VGA MAX 240mm, CPU MAX 140mm, сталь 0,6mm)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M7X 500W (БП N-Tech Elite VXE 500B 80+ Bronze) (Стенка с перфорацией для вентиляции, 2xUSB3.0, 2xUSB2.0, HD Audio+Mic, No-ODD, 1x3.5", 1x2.5", VGA MAX 240mm, CPU MAX 140mm, сталь 0,6mm)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PB 500W (Vicsone VP-500) (Стенка с перфорацией для вентиляции, 2xUSB3.0, HD Audio+Mic, No-ODD, 1x3.5", 2x2.5", VGA MAX 300mm, CPU MAX 145mm, сталь 0,6mm)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128,29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S335 200W (Vicsone VP-200) (244*244mm) или Mini-ITX / CPU Cooler Max 50mm / GPU Max 220mm (только Low Profile) / 2xUSB3.0+2xUSB2.0 / SFF 8.3L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149,32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S511 400W (Vicsone VP-400) (Стенка с перфорацией для вентиляции, 2xUSB2.0, HD Audio+Mic, 1х5.25 1x3.5", 1x2.5", CPU MAX 80mm) (аналог Powerman EL510 (EL-510BK),EL501 (EL-501BK), Chieftec CS-12B-300)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187,22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S615 200W (Vicsone VP-200) / MicroATX или Mini-ITX / CPU Cooler Max 70mm / GPU Max 225mm (только Low Profile) / 2xUSB3.0+2xUSB2.0 / БП 200W 80+ Bronze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S616 200W (Vicsone VP-200) / MicroATX или Mini-ITX / CPU Cooler Max 70mm / GPU Max 225mm (только Low Profile) / 2xUSB3.0+2xUSB2.0 / БП 200W 80+ Bronze (рассчитаны на узкие мамки)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MicroATX Vicsone V1 Micro Mesh 600W (БП N-Tech Elite VXE 600B 80+ Bronze) (Tempered Glass, 1xUSB 2.0, 2xUSB-A 3.2 5Гбит/с, 4x120mm No Fan, HD Audio+Mic, 1x3.5", 2x2.5", VGA MAX 280mm, CPU MAX 155mm, пылевые фильтры)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Mini ITX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Mini-ITX Vicsone S202-2U 200W (Vicsone VP-200) / DTX или Mini-ITX / CPU Cooler Max 65mm / GPU Max 130mm (только Low Profile) / 2xUSB3.0 / БП 200W / SFF 7.5L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Корпус mini-ITX Без БП Deepcool CH160 (R-CH160-BKNGI0-G-1) (Tempered Glass, MESH сетка, 2xUSB 3.0, 1xType-C, HD Audio+Mic, VGA MAX 305mm, CPU MAX 172mm, пылевые фильтры)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172,48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Аксессуары для корпусов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Подставка для VGA/Видеокарты Gamemax GPU-192 BLACK (Чёрный)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Подставка для VGA/Видеокарты Gamemax GPU-192 WHITE (Белый/Серебристый)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Райзер Gamemax X8 VGA Vertical GPU Kit (PCI-E-3.0,для корпусов Paladin,Precision,Panda,Contac COC,Ninja)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Райзер Montech Vertical GPU Mounting Kit (VGM2B) Black (PCI-E 4.0, совместим с любыми корпусами, имеющими 7 слотов PCI-E)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Райзер Montech Vertical GPU Mounting Kit (VGM2W) White (PCI-E 4.0, совместим с любыми корпусами, имеющими 7 слотов PCI-E)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Блок Питания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1000W NGDP GOLD (HA-1000BA4) (ATX 3.1, 1000W, 80 PLUS GOLD, Active PFC, LLC+DC-DC, full Japan solid-state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1000W White NGDP GOLD (HA-1000BA4-WH) (ATX 3.1, 1000W, 80 PLUS GOLD, Active PFC, LLC+DC-DC, full Japan solid-state caps, 120mm fan, Full modular,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500W FK (PS-500FK) (ATX 2.4, APFC, 85% EFF, Double Forward,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550W FK (PS-550FK) (ATX 2.4, APFC, 85% EFF, Double Forward,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127,56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600W DK PREMIUM (PS-600AX) (ATX 2.4, 600W, 80 PLUS BRONZE, Active PFC, Double Forward, Japan main cap,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158,17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600W FK (PS-600FK) (ATX 2.4, APFC, 85% EFF, Double Forward,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600W SIR (SR-600W) (ATX 2.4, APFC, 80 PLUS Standard, Double Forward,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650W FK (PS-650FK) (ATX 2.4, APFC, 85% EFF, Double Forward,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141,34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700W DK PREMIUM (PS-700AX) (ATX 2.4, 700W, 80 PLUS BRONZE, Active PFC, Double Forward, Japan main cap,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174,56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750W ACK BRONZE (HA-750AA2) (ATX 3.1, 750W, 80 PLUS BRONZE, Active PFC, Double Forward, full Teapo caps, 140mm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3399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750W FK (PS-750FK) (ATX 2.4, APFC, 85% EFF, Double Forward,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750W NGDP GOLD (HA-750BA4) (ATX 3.1, 750W, 80 PLUS GOLD, Active PFC, LLC+DC-DC, full Japan solid-state caps,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344,95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800W DK PREMIUM (PS-800AX) (ATX 2.4, 800W, 80 PLUS BRONZE, Active PFC, Double Forward, Japan main cap,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850W ACK BRONZE (HA-850AA2) (ATX 3.1, 850W, 80 PLUS BRONZE, Active PFC, Double Forward, full Teapo caps, 140mm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850W ACK GOLD (HA-850BA2-BK) (ATX 3.1, 850W, 80 PLUS GOLD, Active PFC, LLC+DC-DC, full Teapo caps, 140mm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1STPLAYER 850W White NGDP GOLD (HA-850BA4-WH) (ATX 3.1, 850W, 80 PLUS GOLD, Active PFC, LLC+DC-DC, full Japan solid-state caps, 120mm fan, Full modular,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373,90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1000W CORE REACTOR II (COREREACTORII1000G-BKCEU) (ATX 3.1 1000W, 80 PLUS GOLD, Active PFC, FHalf-Bridge + LLC converter+DC-DC, 135mm FDB fan, all Japanese capasitors,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1200W CORE REACTOR II (COREREACTORII1200G-BKCEU) (ATX 3.1 1200W, 80 PLUS GOLD, Active PFC, FHalf-Bridge + LLC converter+DC-DC, 135mm FDB fan, all Japanese capasitors,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1300W CYBER CORE II (CYBERCOREII1300P-BKCEU) (ATX 3.0, 1300W, 80 PLUS PLATINUM, Active PFC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812,82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650W PYLON II (PYLONII650B-BKCEU) (ATX 3.1, 650W, 80 PLUS BRONZE, Active PFC+ LLC, DC-DC, 135mm FDB Fan, Taiwanese all caps,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750W CORE REACTOR II VE (COREREACTORIIVE750G-BKCEU) (ATX 3.1, 750W, 80 PLUS GOLD, Active PFC, Half-Bridge + LLC converter+DC-DC, 120mm FDB fan, all Japanese capasitors,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373,90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750W PYLON II (PYLONII750B-BKCEU) (ATX 3.1, 750W, 80 PLUS BRONZE, Active PFC+ LLC, DC-DC, 135mm FDB Fan, Taiwanese all caps,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850W CORE REACTOR II (COREREACTORII850G-BKCEU) (ATX 3.1, 850W, 80 PLUS GOLD, Active PFC, Half-Bridge + LLC converter+DC-DC, 120mm FDB fan, all Japanese capasitors,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850W CORE REACTOR II (COREREACTORII850G-WHCEU) (ATX 3.1 850W, 80 PLUS GOLD, Active PFC, Half-Bridge + LLC converter+DC-DC, 120mm FDB fan, all Japanese capasitors, Full Modular,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430,79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850W CORE REACTOR II VE (COREREACTORIIVE850G-BKCEU) (ATX 3.1, 850W, 80 PLUS GOLD, Active PFC, Half-Bridge + LLC converter+DC-DC, 120mm FDB fan, all Japanese capasitors,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390,15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850W KYBER (KYBER850G-BKCEU) (ATX 3.1, 850W, 80 PLUS GOLD, Active PFC, Full-Bridge + LLC converter+DC-DC, 120mm FDB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349,51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FUSION 1600W TITANIUM (FUSION1600T-BKCEU) (ATX 3.0, 1600W, 80 PLUS TITANIUM, Active PFC, 20+4 pin, 20+4 pin, 2 x 4+4 pin CPU, 12 SATA, 2 x 16 pin (12VHPWR), 6 x 6+2 pin PCI-E,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1 978,58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PROBE 600W (PROBE600B-BKCEU) (ATX 2.52, 600W, 80 PLUS BRONZE, Active PFC,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172,48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PYMCORE 750W (PYMCORE750G-BKCEU) (ATX 3.1, SFX, 850W, 80 PLUS GOLD, APFC,120mm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ADATA XPG PYMCORE 850W (PYMCORE850G-BKCEU) (ATX 3.1, SFX, 850W, 80 PLUS GOLD, APFC,120mm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463,31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1250W Polaris (PPS-1250FC-A3) (ATX 3.0, 1250W, 80 PLUS GOLD, Active PFC, 135mm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500W Proton (BDF-500S-Bulk) (ATX 2.3, 500W, 80 PLUS BRONZE, Active PFC, 120mm fan, non-modular) OEM без кабеля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550W Chieftronic PowerUP (GPX-550FC) (ATX 2.3, 550W, 80 PLUS GOLD, Active PFC,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302,88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600W Core (BBS-600S) (ATX 2.3, 600W, 80 PLUS GOLD, Active PFC,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700W Core (BBS-700S) (ATX 2.3, 700W, 80 PLUS GOLD,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277,64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700W Core (BBS-700S-Bulk) (ATX 2.3, 700W, 80 PLUS GOLD, Active PFC, 120mm fan) OEM без кабеля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265,03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750W Chieftronic PowerUP (GPX-750FC) (ATX 2.3, 750W, 80 PLUS GOLD, Active PFC,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359,66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850W Chieftronic PowerUP (GPX-850FC) (ATX 2.3, 850W, 80 PLUS GOLD, Active PFC,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850W Polaris (PPS-850FC-A3) (ATX 3.0, 850W, 80 PLUS GOLD, Active PFC, 135mm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479,56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850W Proton (BDF-850C) (ATX 2.3, 850W, 80 PLUS BRONZE, Active PFC, 140mm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418,61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850W Vita  (BPX-850S) (ATX 2.53, 850W, 80 PLUS BRONZE,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Atmos 750W (CPX-750FC) (ATX 3.0, 750W, 80 PLUS GOLD, Active PFC, 135mm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377,97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Chieftec Atmos 850W (CPX-850FC) (ATX 3.0, 850W, 80 PLUS GOLD, Active PFC, 135mm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410,48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1000W PN1000M (R-PNA00M-FC0B-WGEU) (ATX 3.1, 1000W, 80 PLUS GOLD, Active PFC, Full Bridge LLC, DC-DC, Japan caps,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1000W PN1000M WH (R-PNA00M-FC0W-WGEU) (ATX 3.1, 1000W, 80 PLUS GOLD, Active PFC, Full Bridge LLC, DC-DC,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500W PF500 (R-PF500D-HA0B-WDEU) (ATX 2.4 500W, 80 PLUS, Active PFC,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143,03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500W PF500X (R-PF500X-HD0B-WGEU) (ATX 2.52, 500W, 80 PLUS BRONZE, Active PFC, DC-DC,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147,24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500W PF500X WH White (ATX 2.52, 500W, 80 PLUS BRONZE, Active PFC, DC-DC, 120mm Fan, non-modular,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550W PF550 (R-PF550D-HA0B-WDEU) (ATX 2.4 550W, 80 PLUS,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147,24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550W PF550X (R-PF550X-HD0B-WGEU) (ATX 2.52, 550W, PWM 120mm fan, Active PFC+DC to DC, 80+ BRONZE)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143,03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600W PF600X (R-PF600X-HD0B-WGEU) (ATX 2.52, 600W, 80 PLUS BRONZE, Active PFC, DC-DC,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166,18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650W GAMERSTORM PN650D (R-PN650D-FC0B-WGEU-V2) (ATX 3.1, 650W, 80 PLUS GOLD, Active PFC,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302,88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650W PF650 (R-PF650D-HA0B-WDEU) (ATX 2.4 650W, 80 PLUS, Active PFC,120mm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650W PN650M (R-PN650M-FC0B-WGEU) (ATX 3.1, 650W, 80 PLUS GOLD, Active PFC,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357,64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700W PF700 (R-PF700D-HA0B-WDEU) (ATX 2.4 700W, 80 PLUS,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177,52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700W PF700X (R-PF700X-HD0B-WGEU) (ATX 2.52, 700W, 80 PLUS BRONZE, Active PFC, DC-DC,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750W PF750 (R-PF750D-HA0B-WDEU) (ATX 2.4 750W, 80 PLUS,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191,42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750W PF750X (R-PF750X-HD0B-WGEU) (ATX 2.52, 750W, PWM 120mm fan, Active PFC+DC to DC, 80+ BRONZE)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185,09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750W PN750D (R-PN750D-FC0B-WGEU-V2) (ATX 3.1, 750W, 80 PLUS GOLD,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332,34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750W PN750M (R-PN750M-FC0B-WGEU) (ATX 3.1, 750W, 80 PLUS GOLD, Active PFC,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800W PL800D (R-PL800D-FC0B-WDEU-V2) (ATX 3.0, 800W, 80 PLUS BRONZE, Active PFC, DC-DC,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277,64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850W PN850D (R-PN850D-FC0B-WGEU-V2) (ATX 3.1, 850W, 80 PLUS GOLD, Active PFC,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361,71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850W PN850M WH (R-PN850M-FC0W-WGEU) (ATX 3.1, 850W, 80 PLUS GOLD, Active PFC, 120mm fan, Full modular,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434,86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GAMERSTORM 750W PN750M WH (R-PN750M) (ATX 3.1, 750W, 80 PLUS GOLD, Active PFC,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Deepcool GAMERSTORM 850W PK850D (R-PK850D) (ATX 2.4, 850W, 80 PLUS BRONZE, Active PFC, DC-DC,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1050W (RGB PRO 1050G) (ATX 3.1, 1050W, 80 PLUS GOLD, Active PFC, 140mm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386,10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400W (GP-400A)  (ATX 2.31, 400W, 80 PLUS BRONZE, Active PFC,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119,91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450W (GP-450) (ATX 2.31, 450W, 80 PLUS BRONZE, Active PFC,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500W (GP-500) (ATX 2.31, 500W, 80 PLUS BRONZE, Active PFC, 140mm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550W (GP-550) (ATX 2.31, 550W, 80 PLUS BRONZE, Active PFC, 140mm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151,44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650W (GP-650B WH) (ATX 2.31, 650W, 80 PLUS BRONZE, Active PFC, 140mm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650W (GS-650G WH) SFX (ATX 3.1, 650W, 80 PLUS GOLD, Active PFC, 90mm Fan, Full modular, белый) RET (НЕ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650W (GS-650G) SFX  (ATX 3.1, 650W, 80 PLUS GOLD, Active PFC, 90mm Fan, Full modular) RET (НЕ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353,58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700W (VP-700S) (ATX 3.1, 700W, 80 PLUS BRONZE, Active PFC, 140mm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176,68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750W (GP-750) (ATX 2.31, 750W, 80 PLUS BRONZE, Active PFC, 140mm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191,42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GameMax 850W (GP-850) (ATX 2.31, 850W, 80 PLUS BRONZE, Active PFC, 140mm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219,81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Lian Li 750W SP750 V2 (G9P.SP0750G.B000.RU) (ATX 3.1, 750W, 80 PLUS Gold, APFC, 92mm Fan, SFX, Fully Modular)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471,44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1000W TITAN GOLD (MNT-TG1000-B) (ATX 3.0, APFC, 80 PLUS Gold, Half Bridge LLC, DC-DC, Japan caps, 135mm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585,23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1000W TITAN PLA 1000 White (ATX 3.1, 80 PLUS PLATINUM, Active PFC Japan caps, 135mm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751,86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1050W CENTURY II (MNT-C1050 II-B) (ATX 2.31, 1050W, 80 PLUS GOLD, Active PFC, Full Bridge LLC, DC-DC, Japan caps,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483,63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1200W CENTURY II (MNT-C1200 II-B) (ATX 2.31, 1200W, 80 PLUS GOLD, Active PFC, Full Bridge LLC, DC-DC,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564,92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1200W TITAN GOLD (MNT-TG1200-B) (ATX 3.0, 1200W, 80 PLUS GOLD, Active PFC, Half Bridge LLC, DC-DC, Japan caps, 135mm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764,05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1200W TITAN PLA 1200 White (ATX 3.1, 1200W, 80 PLUS PLATINUM, Active PFC Japan caps, 135mm fan, Full modular,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812,82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550W BETA 550 (MNT-B550-B) (ATX 2.43, 650W, 80 PLUS BRONZE, Active PFC, Japan main caps,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550W GAMMA II (MNT-G550-B) (ATX 2.43, APFC, 80 PLUS Gold, LLC+DC-DC, Japan caps, 120mm fan, non-modular)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650W BETA 650 (MNT-B650-B) (ATX 2.43, 650W, 80 PLUS BRONZE, Active PFC, Japan main caps,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650W CENTURY (MNT-C650-B) (ATX 2.43, 650W, 80 PLUS GOLD, Active PFC, Full Bridge LLC, DC-DC,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332,34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650W GAMMA II (MNT-G650-B) (ATX 2.43, 650W, 80 PLUS GOLD, Active PFC, LLC+DC-DC, Japan caps,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750W CENTURY G5 (MNT-CG750-B) (ATX 3.0, 750W, 80 PLUS GOLD, Active PFC, Full Bridge LLC, DC-DC,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750W GAMMA II (MNT-G750-B) (ATX 2.43, 750W, 80 PLUS GOLD, Active PFC, LLC+DC-DC, Japan caps,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317,18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750W TITAN GOLD (MNT-TG750-B) (ATX 3.0, APFC, 80 PLUS Gold, Half Bridge LLC, DC-DC, Japan caps, 135mm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750W TITAN PLA 750 White (ATX 3.1, 750W, 80 PLUS PLATINUM, Active PFC Japan caps, 135mm fan, Full modular, белый)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850W CENTURY (MNT-C850-B) (ATX 2.43, 850W, 80 PLUS GOLD, Active PFC, Full Bridge LLC, DC-DC,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850W CENTURY G5 (MNT-CG850-B) (ATX 3.0, 850W, 80 PLUS GOLD, Active PFC, Full Bridge LLC, DC-DC, Japan caps, 120mm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414,54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850W CENTURY II (MNT-C850 II-B) (ATX 2.31, 850W, 80 PLUS GOLD, Active PFC, Full Bridge LLC, DC-DC, Japan caps, 120mm fan, Full modular)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373,90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850W TITAN GOLD (MNT-TG850-B) (ATX 3.0, 850W, 80 PLUS GOLD, Active PFC, Half Bridge LLC, DC-DC, Japan caps, 135mm fan, Full 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512,08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Montech 850W TITAN PLA 850 White (ATX 3.1, 850W, 80 PLUS PLATINUM, Active PFC Japan caps, 135mm fan, Full modular, белый)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N-Tech 500W Elite 80+ (VXE 500B) (ATX 2.31, 500W, 80 PLUS BRONZE, Active PFC, DC-DC, 120mm Fan (24+4+4pin, 2xMolex, 4xSATA,6+2 VGA), non-modular) OEM + кабель питания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N-Tech 600W Elite 80+ (VXE 600B) (ATX 2.31, 600W, 80 PLUS BRONZE, Active PFC, DC-DC, 120mm Fan (24+4+4pin, 2xMolex, 4xSATA,6+2 VGA), non-modular) OEM + кабель питания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Powercase 500W PB500 (PS-500B-DC) (2.31 ATX, 500W, 80 PLUS BRONZE, Active PFC, DC-DC, 120mm Fan, non-modular) RET (НЕ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Project X 1000W PN1000M-X (ATX 3.1, 1000W, 80 PLUS GOLD, Active PFC, DC-DC, 1x PCIe Gen5, 120mm fan, Full Cable Management) 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336,54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Project X 750W PF750D-X (ATX 2.4, 750W, 80 PLUS BRONZE, Active PFC, DC-DC, 120mm Fan, non-modular)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Project X 750W PN750M-X (ATX 3.1, 750W, 80 PLUS GOLD, Active PFC, DC-DC, 1x PCIe Gen5, 120mm fan, Full Cable Management) RET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260,82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Project X 850W PN850M-X (ATX 3.1, 850W, 80 PLUS GOLD, Active PFC, DC-DC, 1x PCIe Gen5, 120mm fan, Full Cable Management) RET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Кабель-переходник Super Flower SF2PCIE_PRO-16P(I) 12VHPWR (для БП Leadex V Platinum &amp; VI Platinum - Dual 9P to 16P) ПРОДАЖА ТОЛЬКО В СБОРКУ с RTX 4xxx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Клавиатуры</w:t>
      </w:r>
    </w:p>
    <w:p>
      <w:pPr>
        <w:pStyle w:val="Heading2"/>
      </w:pPr>
      <w:r>
        <w:t>Комплект Клавиатура+Мышь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Defender Cerrato C-978 (офисный набор, для ПК, клавиатура + мышь, русская раскладка: да ) (45978)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Defender Columbia C-775 (мышь радио (сенсор оптический), цвет черный) (45775)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Defender Jakarta C-805 (мышь радио (сенсор оптический), клавиатура USB, цвет черный) (45804)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Defender Milan C-992 Black (клавиатура + мышь для ПК, мышь радио (сенсор лазерный), клавиатура радио, цвет черный) (45992)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Defender Milan C-992 White (клавиатура + мышь для ПК, мышь радио (сенсор лазерный), клавиатура радио, цвет белый) (45994)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3499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Logitech MK220 Black (920-003169) (мышь беспроводная радио (сенсор оптический), клавиатура радио)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93,83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Logitech MK235 Black (920-007948) (мышь радио (сенсор оптический), клавиатура радио,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Logitech MK250 (920-013853) (офисный набор, для ПК/для компьютеров Apple/для планшетов/для смартфонов, клавиатура + мышь, русская раскладка: да,  цвет графит)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Logitech MK270 Black (920-003381) (мышь беспроводная радио (сенсор оптический), клавиатура радио,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БЕСПРОВОДНОЙ Клавиатура + мышь Logitech MK295 Silent  Black (920-009807) (БЕСШУМНЫЙ, мышь радио (сенсор оптический), клавиатура радио,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145,55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 Acer OMW141 (ZL.MCEEE.01M</w:t>
              <w:br/>
              <w:t>) (офисный набор, для ПК, клавиатура + мышь, русская раскладка: да)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38,08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A4Tech Fstyler F1010 (Белый/серый) (мышь проводная USB (сенсор оптический), клавиатура USB)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A4Tech Fstyler F1010 (черный/серый) (мышь проводная USB (сенсор оптический), клавиатура USB)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A4Tech Fstyler F1512 (черный) (мышь проводная USB (сенсор оптический), клавиатура USB, цвет чёрный)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A4Tech KK-3330 (черный) (мышь проводная USB (сенсор оптический, 1000 dpi), клавиатура USB, ВЛАГОЗАЩИТА, длина провода 1.5м)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A4Tech KK-3330S (черный) (мышь БЕСШУМНАЯ проводная USB (сенсор оптический, 1000 dpi), клавиатура USB, ВЛАГОЗАЩИТА, длина провода 1.5м)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A4Tech KR-3330S (черный) (мышь проводная USB (сенсор оптический, 1200 dpi), клавиатура USB, ВЛАГОЗАЩИТА, длина провода 1.5м)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Defender Line C-511  (45511) (офисный набор, для ПК, клавиатура + мышь, русская раскладка: да)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Defender Motion C-977 RU (офисный набор, для ПК, клавиатура + мышь) (45977)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Defender Triumph C-991 (45991) (мышь проводная USB (сенсор оптический), клавиатура USB,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Defender York C-777 (USB) (для ПК/для компьютеров Apple, мышь проводная USB (сенсор оптический), клавиатура USB, цвет черный) (45779)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Logitech MK120 Black (920-002561) (мышь проводная USB (сенсор оптический), клавиатура USB, цвет черный) ПРОВОДНОЙ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Комплект ПРОВОДНОЙ Клавиатура + мышь Logitech MK120 Black (920-002589) (мышь проводная USB (сенсор оптический), клавиатура USB, цвет черный) ПРОВОДНОЙ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71,23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Проводные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Bloody B120N черный USB Multimedia for gamer LED (подставка для запястий) (B120N)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88,56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Bloody B140N черный USB Multimedia for gamer LED (подставка для запястий) (B140N)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100,48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Bloody B314 (USB) 104КЛ+9 Игровых клавиш, подсветка клавиш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Bloody Q100 Black USB (игровая для ПК, интерфейс подключения - USB, влагозащита,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74,79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Bloody S98 RED (игровая для ПК, механическая, ход линейный, пластик, интерфейс подключения - USB-A)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214,55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Fstyler FK10 Gray (стандартная для ПК, мембранная, пластик, интерфейс подключения - USB, влагозащита, цвет серый/черный)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Fstyler FK25 Slim (цвет- белый-серый) (стандартная для ПК, интерфейс подключения - USB, кабель 1.5 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Fstyler FK25 Slim (цвет- черный-серый) (стандартная для ПК, интерфейс подключения - USB, кабель 1.5 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Fstyler FX50 Gray (стандартная для ПК/для компьютеров Apple, ножничная, пластик, интерфейс подключения - USB, влагозащита, цвет серый)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116,46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Fstyler FX50 White (стандартная для ПК/для компьютеров Apple, ножничная, пластик, интерфейс подключения - USB, влагозащита,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Fstyler FX60H Gray (стандартная для ПК, ножничная, пластик, интерфейс подключения - USB-A, неоновая подсветка, USB-хаб, цвет серый)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140,94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KK-3 (стандартная для ПК, мембранная,  защита от брызг, интерфейс подключения - USB, кабель 1.5 м, цвет-чёрный)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KR-750 (стандартная для ПК, интерфейс подключения - USB,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KR-85 (стандартная, интерфейс подключения - USB,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A4Tech KV-300H dark Grey (USB, ультратонкая, ноутбучный механизм клавиш, 2 USB порта)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132,49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OKW010 (ZL.KBDEE.002) (офисная, мембранная, пластик, интерфейс подключения - USB-A, с кириллицей,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OKW120 (ZL.KBDEE.006) (стандартная, мембранная, пластик, интерфейс подключения - USB-A, с кириллицей,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OKW121 (ZL.KBDEE.00B) (стандартная, мембранная, пластик, интерфейс подключения - USB-A, с кириллицей,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OKW123 (ZL.KBDEE.00D) (стандартная, мембранная, пластик, интерфейс подключения - USB-A, с кириллицей, цвет белый)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OKW126 (ZL.KBDEE.00G) (игровая для ПК, механическая, Outemu Blue, ход тактильные/с громким кликом, металлическая верхняя панель, интерфейс подключения - USB-A, подсветка, кириллица: да, цвет черный 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OKW301 (ZL.KBDCC.01A) (стандартная, мембранная, пластик, интерфейс подключения - USB-A, с кириллицей,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33,49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OKW301 (ZL.KBDCC.01B) (стандартная для ПК, мембранная, пластик, интерфейс подключения - USB-A, кириллица: да,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Acer OKW305 (ZL.KBDCC.01W)(игровая для ПК, механическая, ход линейные, пластик, интерфейс подключения - USB-A, подсветка, кириллица: да, цвет черный/белый/красный)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Cosomic KB-803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Cosomic KB-808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Cosomic KB-809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Accent SB-720 Black (стандартная для ПК, интерфейс подключения - USB, влагозащита, цвет черный/пластик ,104КЛ)(45720)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Apex GK-002 (USB) (45003) (стандартная для ПК, механическая, Outemu Red, ход линейный, пластик, интерфейс подключения - USB-A, цвет черный/серый)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70,27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Arx GK-196L (игровая для ПК, мембранная, пластик, интерфейс подключения - USB-A, подсветка, влагозащита, цвет черный) (45196)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Astra HB-588 RU (45588) 107кл., Multimedia (стандартная для ПК, мембранная, пластик, интерфейс подключения - USB,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Dasher GK-472 (45472) (стандартная для ПК, мембранная, пластик, интерфейс подключения - USB,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115,51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Doom Keeper GK-100DL (45100) (игровая для ПК, интерфейс подключения - USB, подсветка, цвет черный/пластик)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Element HB-520 Black (45522) (стандартная для ПК, USB,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Hawk GK-418 (игровая для ПК, механическая, Outemu Brown, ход линейный, пластик, интерфейс подключения - USB-A, ,цвет белый , цвет переключателей- коричневый) (45422)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Hawk GK-418 (игровая для ПК, механическая, Outemu Red, ход линейный, пластик, интерфейс подключения - USB-A, кириллица: да, цвет черный ) (45418)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117,22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Hawk GK-418 (игровая для ПК, механическая, Outemu Red, ход линейный, пластик, интерфейс подключения - USB-A, цвет белый) (45421)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106,64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HB-420 Black (USB) 107КЛ (45420) (стандартная для ПК, интерфейс подключения - USB,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Legion GK-010DL (45010) (игровая для ПК, интерфейс подключения - USB, подсветка, влагозащита, цвет черный, металлическое основание,104КЛ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Next HB-440 (45440) 104кл. (мембранная , интерфейс подключения - USB, кабель 1.8 м, цвет черный/серый)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Office HB-910 (45910) (стандартная для ПК, мембранная, пластик, интерфейс подключения - USB-A,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Ozoth GK-106 RU (45106) (игровая для ПК, мембранная, пластик, интерфейс подключения - USB, подсветка,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Defender Symbol HB-559 (45559) (стандартная для ПК, мембранная, пластик, интерфейс подключения - USB-A, кириллица: да, цвет 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Logitech G413 SE (920-010438)  (игровая для ПК, механическая, ход тактильные, металлическая верхняя панель, интерфейс подключения - USB-A, подсветка, кириллица: да,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294,47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Logitech G512 (920-009351)  (игровая для ПК, механическая, Logitech GX Brown Tactile, ход тактильные/с громким кликом, металлическая верхняя панель, интерфейс подключения - USB-A, подсветка, кириллица: да, USB-хаб, цвет черный 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Logitech K120 Black (920-002522) USB (офисная для ПК, интерфейс подключения - USB,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Logitech K120 Black (920-002583) USB (EN/RU, офисная для ПК, интерфейс подключения - USB,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Logitech K280E Black (920-005215) (мультимедийная для ПК, мембранная, пластик, интерфейс подключения - USB, влагозащита,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103,49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Logitech K848  (920-013904) (проводная, USB, механическая,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180,89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Darkness (MK105DB) / игровая / механическая / Gateron G Pro 2.0 Brown - линейные свитчи 50гр. / пластик - PBT / MDA профиль кейкапов / регулируемая RGB (18 режимов) / подключение USB-A / тихий клик / 107 клавиш (полноразмерная)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Darkness (MK105DR) / игровая / механическая / Gateron G Pro 2.0 Red - линейные свитчи 45гр. / пластик - PBT / MDA профиль кейкапов / регулируемая RGB (18 режимов) / подключение USB-A / тихий клик / 107 клавиш (полноразмерная)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Darkness (MK105DY) / игровая / механическая / Gateron G Pro 2.0 Yellow - линейные свитчи 50гр. / пластик - PBT / MDA профиль кейкапов / регулируемая RGB (18 режимов) / подключение USB-A / тихий клик / 107 клавиш (полноразмерная)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Freedom (MK105FB) / игровая / механическая / Gateron G Pro 2.0 Brown  - линейные свитчи 50гр. / пластик - PBT / MDA профиль кейкапов / регулируемая RGB (18 режимов) / подключение USB-A / тихий клик / 107 клавиш (полноразмерная)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TKL Darkness (MK87DB) / игровая / механическая / Gateron G Pro 2.0 Brown- линейные свитчи 45гр. / пластик - PBT / MDA профиль кейкапов / регулируемая RGB (18 режимов) / подключение USB-A / тихий клик / 87 клавиш (TKL)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TKL Darkness (MK87DR) / игровая / механическая / Gateron G Pro 2.0 Red - линейные свитчи 45гр. / пластик - PBT / MDA профиль кейкапов / регулируемая RGB (18 режимов) / подключение USB-A / тихий клик / 87 клавиш (TKL)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TKL Darkness (MK87DY) / игровая / механическая / Gateron G Pro 2.0 Gateron Yellow- линейные свитчи 45гр. / пластик - PBT / MDA профиль кейкапов / регулируемая RGB (18 режимов) / подключение USB-A / тихий клик / 87 клавиш (TKL)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Montech MKey TKL Freedom (MK87FB) / игровая / механическая / Gateron G Pro 2.0 Brown- линейные свитчи 45гр. / пластик - PBT / MDA профиль кейкапов / регулируемая RGB (18 режимов) / подключение USB-A / тихий клик / 87 клавиш (TKL)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Redragon Whisper (71964) (игровая для ПК, механическая, Redragon White, пластик, интерфейс подключения - USB-A, подсветка, кириллица: да, цвет белый/темно-синий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Радио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Беспроводная Defender Element HB-195 Black (45195) (мультимедийная для ПК, мембранная, пластик, интерфейс подключения - радио,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Беспроводная Defender UltraMate SM-535 USB (45535)(стандартная для ПК, интерфейс подключения - радио, цвет черный/пластик)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Беспроводная Logitech K250 (920-013452)(стандартная для ПК/для компьютеров Apple/для iPad/для устройств Android, мембранная, пластик, интерфейс подключения - Bluetooth, кириллица: да, цвет черный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90,94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Клавиатура Беспроводная Logitech K270 Black (920-003058) Multimedia, USB (мультимедийная для ПК, интерфейс подключения - радио,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84,24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Привод</w:t>
      </w:r>
    </w:p>
    <w:p>
      <w:pPr>
        <w:pStyle w:val="Heading2"/>
      </w:pPr>
      <w:r>
        <w:t>DVD+/-RW SATA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Привод DVD+/-RW SATA LG (GS40N) (DVD Multi, для ноутбука, интерфейс SATA, толщина 12.7 мм, цвет черный)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3579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Привод DVD+/-RW SATA Sohoo (SH-225/SH-8026) (DVD Multi, внутренний для ПК, интерфейс SATA, толщина 44 мм, цвет черный)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External ODD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привод DVD±RW Gembird DVD-USB-03 Black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Slim for NB/ HTPC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Привод DVD+RW SATA UltraSlim Sohoo SH-8004C/GUD0N(ALOK114), 9.5mm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Мыши</w:t>
      </w:r>
    </w:p>
    <w:p>
      <w:pPr>
        <w:pStyle w:val="Heading2"/>
      </w:pPr>
      <w:r>
        <w:t>Мыши Беспроводные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Cougar SURPASSION RX CGR-SURRX (полноразмерная игровая мышь, проводная USB Type-A/беспроводная радио, сенсор оптический 7200 dpi, 6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Accura MM-275 (черный/cиний) (52275) (полноразмерная мышь для ПК, 1600 dpi)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Accura MM-275 (черный/красный) (52276) (полноразмерная мышь для ПК, 1600 dpi)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Accura MM-365 (черный) (52365) (ноутбучная мышь для ПК/для компьютеров Apple, радио, сенсор оптический 1600 dpi, 6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Accura MM-365 (черный/синий) (52366) (ноутбучная мышь для ПК/для компьютеров Apple, радио, сенсор оптический 1600 dpi, 6 кнопок, колесо с нажатием, цвет черный/синий)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Accura MM-935 Grey (52936) USB (полноразмерная мышь для ПК, радио, сенсор оптический 1600 dpi, 3 кнопки, колесо с нажатием, цвет черный/серый)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Auris MB-027 белая (52028) (полноразмерная мышь для ПК, беспроводная радио, сенсор оптический 1600 dpi, 4 кнопки, колесо с нажатием)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3589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Auris MB-027 серая (52029) (полноразмерная мышь для ПК, беспроводная радио, сенсор оптический 1600 dpi, 4 кнопки, колесо с нажатием)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Datum MM-285 (52285) (полноразмерная мышь для ПК, радио, сенсор оптический 1600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Feam MM-296 (52297) (полноразмерная мышь, беспроводная радио, сенсор оптический 1600 dpi, 4 кнопки, колесо с нажатием,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Hit MM-495 (52495) (беспроводная радио, сенсор оптический 1600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13,93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Katana GM-511 (52511) (полноразмерная игровая мышь для ПК, беспроводная радио, сенсор оптический 3200 dpi, 6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Knight GM-885 (52885) (полноразмерная игровая мышь для ПК, беспроводная радио, сенсор оптический 3200 dpi, 7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Nitta MM-307 (52307) (полноразмерная мышь, беспроводная радио/беспроводная Bluetooth, сенсор оптический 1600 dpi, 6 кнопок, колесо с нажатием, цвет белый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37,62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Defender Prime MB-053 БЕСШУМНАЯ (чёрный) (52053) (ноутбучная мышь для ПК, беспроводная радио, сенсор оптический 1600 dpi, 6 кнопок, колесо с нажатием)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G304 (910-005286) (полноразмерная игровая мышь для ПК, беспроводная радио, сенсор оптический 12000 dpi, 6 кнопок, колесо с нажатием, цвет 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M171 (910-004424) Black USB 3btn+Roll (ноутбучная мышь для ПК, радио, сенсор оптический 1000 dpi, 3 кнопки, колесо с нажатием, цвет черный/серый)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3599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M171 (910-004643) Black-grey USB 3btn+Roll (ноутбучная мышь для ПК, радио, сенсор оптический 1000 dpi, 3 кнопки, колесо с нажатием, цвет черный/серый)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M171 (910-006870) (ноутбучная мышь для ПК, радио, сенсор оптический 1000 dpi, 3 кнопки, колесо с нажатием, цвет белый)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M185 (910-002252) 3btn+Roll, Black/Grey, mini-приёмник, USB, RTL (ноутбучная мышь для ПК, радио, сенсор оптический, 3 кнопки, колесо с нажатием, цвет серый)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M190 (910-005905/910-005923) (полноразмерная мышь для ПК, радио, сенсор оптический 1000 dpi, 3 кнопки, колесо с нажатием, цвет серый/черный)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M280 (910-004306) (полноразмерная мышь для ПК, радио,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56,92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M330 Silent Plus Белый (910-004926) (бесшумное нажатие клавиш, радио, сенсор оптический 1000 dpi, белый)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M650 White (910-006261)  (ноутбучная мышь для ПК/для компьютеров Apple/для устройств Android/для планшетов Windows, беспроводная радио/Bluetooth, сенсор оптический 4000 dpi, 5 кнопок, колесо с нажатием,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M650L  Graphite (910-006236)  (полноразмерная мышь для ПК/для компьютеров Apple/для устройств Android/для планшетов Windows, беспроводная радио/Bluetooth, сенсор оптический 4000 dpi, 5 кнопок, колесо с нажатием, цвет темно-серый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142,52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M650L  White (910-006389)  (полноразмерная мышь для ПК/для компьютеров Apple/для устройств Android/для планшетов Windows, беспроводная радио/Bluetooth, сенсор оптический 4000 dpi, 5 кнопок, колесо с нажатием, цвет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M705 Marathon (910-001964) (ноутбучная мышь для ПК, беспроводная радио, сенсор оптический 1000 dpi, 6 кнопок, колесо с нажатием и отклонением, цвет серый)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Logitech Pro X Superlight Черный (910-005884) (полноразмерная игровая мышь, проводная USB Type-A/беспроводная радио, сенсор оптический 25600 dpi, 5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беспроводная Redragon ST4R Pro (72267) (полноразмерная игровая мышь, проводная USB Type-A/беспроводная Bluetooth/беспроводная радио, сенсор оптический 26000 dpi, 7 кнопок, колесо с нажатием, цвет голубой)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Мыши Проводные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Bloody P91s (полноразмерная игровая мышь для ПК, проводная USB, сенсор оптический 8000 dpi, 8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Bloody Q51 (полноразмерная игровая мышь для ПК, проводная USB, сенсор оптический 3200 dpi, 8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Bloody Q81 Curve (полноразмерная игровая мышь для ПК, проводная USB, сенсор оптический 3200 dpi, 8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80,85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Bloody V7 (полноразмерная игровая мышь для ПК, проводная, USB, сенсор оптический 3200 dpi, 8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Bloody V8 Gaming mouse USB Black RTL (полноразмерная игровая мышь для ПК, проводная, USB, сенсор оптический 3200 dpi, 8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Bloody V9M (полноразмерная игровая мышь для ПК, проводная USB, сенсор оптический 4000 dpi, 9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87,59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A4Tech X-710BK (полноразмерная игровая мышь для ПК, проводная USB, сенсор оптический 2000 dpi, 7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Игровая мышь Logitech G102 Lightsync (910-005809) (полноразмерная, USB, 8000 dpi, RGB, 5 кнопок, колесо с нажатием,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Bloody AL90 (полноразмерная игровая мышь, USB, сенсор лазерный 8200 dpi, 8 кнопок, колесо с нажатием, цвет черный/цветной принт)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Bloody ES9 Plus  (полноразмерная игровая мышь, проводная USB Type-A, сенсор оптический 10000 dpi, 8 кнопок, колесо с нажатием, цвет 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Bloody W60 Max  PANDA WHITE (полноразмерная игровая мышь, проводная USB Type-A, сенсор оптический 10000 dpi, 10 кнопок, колесо с нажатием, цвет белый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Fstyler FM10 Gray (полноразмерная мышь для ПК, проводная USB, сенсор оптический 1600 dpi, 4 кнопки, колесо с нажатием и отклонением, цвет серый/черный)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Fstyler FM10 White (полноразмерная мышь для ПК, проводная USB, сенсор оптический 1600 dpi, 4 кнопки, колесо с нажатием и отклонением, цвет белый/серый)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Fstyler FM12S White (БЕСШУМНАЯ, ноутбучная мышь для ПК, проводная USB, сенсор оптический 1200 dpi, 3 кнопки, колесо с нажатием и отклонением,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OP-330 Black  (полноразмерная мышь для ПК,  для правой и левой руки, проводная USB, сенсор оптический 1200 dpi, 3 кнопки, колесо с нажатием, длина провода -1,5м)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OP-330S Black  (БЕСШУМНАЯ полноразмерная мышь для ПК,  для правой и левой руки, проводная USB, сенсор оптический 1200 dpi, 3 кнопки, колесо с нажатием, длина провода -1,5м)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OP-335S черный проводная USB, сенсор оптический 1200 dpi, 3 кнопки, колесо с нажатием и отклонением, цвет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OP-720 Black (полноразмерная мышь для ПК, проводная USB, сенсор оптический 1000 dpi, 3 кнопки, колесо с нажатием, длина провода -1,5м,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OP-720S Black (тихая, проводная USB, сенсор оптический 1200 dpi, 2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A4Tech X89 (полноразмерная игровая мышь для ПК, проводная USB, сенсор оптический 2400 dpi, 8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OMW010 (ZL.MCEEE.001) (полноразмерная мышь, проводная USB Type-A, сенсор оптический 1200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13,49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OMW011 (ZL.MCEEE.002) (полноразмерная мышь, проводная USB Type-A, сенсор оптический 1200 dpi, 3 кнопки, колесо с нажатием, цвет синий/черный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9,89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OMW012 (ZL.MCEEE.003) (полноразмерная мышь, проводная USB Type-A, сенсор оптический 1200 dpi, 3 кнопки, колесо с нажатием, цвет красный/черный)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OMW020 (ZL.MCEEE.004) (полноразмерная мышь, проводная USB Type-A, сенсор оптический 1600 dpi, 4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OMW122 (ZL.MCEEE.00V) (полноразмерная мышь, проводная USB Type-A, сенсор оптический 1200 dpi, 3 кнопки, колесо с нажатием, цвет черный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18,81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OMW126 (ZL.MCEEE.010) (полноразмерная мышь, проводная USB Type-A,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16,98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OMW130 (ZL.MCEEE.00J) (полноразмерная мышь, проводная USB Type-A, сенсор оптический 3200 dpi, 6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OMW136 (ZL.MCEEE.01A) (полноразмерная мышь, проводная USB Type-A, сенсор оптический 1000 dpi, 3 кнопки, колесо с нажатием, цвет 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OMW140 (ZL.MCEEE.00L) (ноутбучная мышь, проводная USB Type-A, сенсор оптический 1200 dpi, 3 кнопки, колесо с нажатием, цвет черный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OMW170 (ZL.MCEEE.00R) (полноразмерная игровая мышь, проводная USB Type-A, сенсор оптический 3200 dpi, 6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Acer OMW300 (ZL.MCECC.01V) (полноразмерная мышь, проводная USB Type-A, сенсор оптический 1200 dpi, 3 кнопки, колесо с нажатием, цвет белый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Cosomic M301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Cosomic M305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Cosomic MS-56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2,70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 Delta MM-523 черная (52523) (полноразмерная мышь для ПК, проводная USB, сенсор оптический 1000 dpi, 3 кнопки, колесо с нажатием)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9,44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Accura MM-362 (52362) (полноразмерная мышь для ПК/для компьютеров Apple, проводная USB, сенсор оптический 1600 dpi, 6 кнопок,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Alpha MB-507 (52507) (полноразмерная мышь, проводная USB Type-A,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Arga GM-049 (52048) (полноразмерная игровая мышь, проводная USB Type-A, сенсор оптический 3600 dpi, 6 кнопок, колесо с нажатием,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Bulletstorm GM-928 (полноразмерная игровая мышь для ПК, проводная USB, сенсор оптический 7200 dpi, 7 кнопок, колесо с нажатием, цвет черный/цветной принт) (52928)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Classic MB-230 Black (52231) (полноразмерная мышь для ПК, проводная USB, сенсор оптический 1000 dpi, 4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Dark Agent GM-590L (полноразмерная игровая мышь для ПК, проводная USB, сенсор оптический 12800 dpi, 6 кнопок, колесо с нажатием, цвет цветной принт) (52590)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Datum MB-347 (52347) (полноразмерная мышь для ПК/для компьютеров Apple, проводная USB, сенсор оптический 1600 dpi, 4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MM-310 Black(полноразмерная мышь для ПК, проводная, USB, сенсор оптический 1000 dpi, 3 кнопки, колесо с нажатием, цвет черный) (52310)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Omega MB-522 (52522) (полноразмерная мышь, проводная USB Type-A, сенсор оптический 1600 dpi, 4 кнопки, колесо с нажатием, цвет 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Optimum MB-160 Black (52160) (полноразмерная мышь для ПК, проводная, USB,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Optimum MB-270 Black (52270) (полноразмерная мышь для ПК/для компьютеров Apple, проводная, USB,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Standard MB-580 Black (52580) (полноразмерная мышь для ПК, проводная USB,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Defender Сyber MB-560L WHITE (52561) (полноразмерная мышь для ПК/для компьютеров Apple, проводная USB, сенсор оптический 1200 dpi, 3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Logitech B100 (910-003357/910-006605) (полноразмерная, проводная USB, сенсор оптический 800 dpi, 3 кнопки, колесо с нажатием, цвет чёрый)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Logitech M110 Silent (910-005502) (полноразмерная мышь для ПК/для компьютеров Apple, проводная USB,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Logitech M90 (/910-001795) Black Optical Mouse USB 3btn+Roll (полноразмерная мышь для ПК, проводная, USB, сенсор оптический 1000 dpi, 3 кнопки,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Logitech M90 (910-001793) Black Optical Mouse USB 3btn+Roll (полноразмерная мышь для ПК, проводная, USB, сенсор оптический 1000 dpi, 3 кнопки, колесо с нажатием, цвет серый)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Redragon Invader Pro RGB (71845) (полноразмерная игровая мышь, проводная USB Type-A/беспроводная радио, сенсор оптический 10000 dpi, 8 кнопок, колесо с нажатием,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проводная  Defender Azora MB-241 (52242) (полноразмерная мышь для ПК, проводная USB, сенсор оптический 1200 dpi, 3 кнопки, колесо с нажатием, цвет белый)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Мышь проводная  Defender Azora MB-241 (52243) (полноразмерная мышь для ПК, проводная USB, сенсор оптический 1200 dpi, 3 кнопки, колесо с нажатием, цвет голубой)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9,89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Монитор</w:t>
      </w:r>
    </w:p>
    <w:p>
      <w:pPr>
        <w:pStyle w:val="Heading2"/>
      </w:pPr>
      <w:r>
        <w:t>24"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ELSA EA241Q PRO (игровой, 16:9, 1920x1080, IPS, 144 Гц, AMD FreeSync/NVIDIA G-Sync, 2x2Вт, HDMI+DP, 3.5 jack, Ext. PSU, VESA75)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298,68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ELSA EA241S PRO (игровой, 16:9, 1920x1080, IPS, 240 Гц, AMD FreeSync/NVIDIA G-Sync, 2x2Вт, HDMI+DP, 3.5 jack, Ext. PSU, VESA75)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LG 24G411A-B (игровой, 16:9, 1920x1080, IPS, 144 Гц, AMD FreeSync/NVIDIA G-Sync, HDR10, HDMI+DP,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3669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LG 24GS60F-B (игровой, 16:9, 1920x1080, IPS, 180 Гц, AMD FreeSync/NVIDIA G-Sync, HDR10, HDMI+DP, 3.5 jack,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452,28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LG 24U411A-B (16:9, 1920x1080, IPS, 120 Гц, HDR10, HDMI+VGA, VESA100) (аналог 24MR400-B)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319,71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LG 24U631A-B (16:9, 2560x1440, IPS, 100 Гц, HDR10, HDMI+Type-C(15W), 3.5 jack,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491,76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MSI MAG 244F (9S6-3BC41H-011) (игровой, 16:9, 2560x1440, IPS, 200 Гц, AMD FreeSync Premium, 2xHDMI+DP+,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452,32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XIAOMI ELA6416EU (P24FDA-RAGL) (игровой, 16:9, 1920x1080, IPS, 144 Гц, HDMI+DP, VESA75)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340,75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XIAOMI ELA6656RU (P24FDA-RGGL) (игровой, 16:9, 1920x1080, IPS, 200 Гц, DisplayHDR 400, AMD FreeSync Premium/NVIDIA G-Sync, 2x7Вт, HDMI+DP, 3.5 jack, VESA75)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473,88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23.8" XIAOMI ELA6662RU (P24FDA-RAGL) (игровой, 16:9, 1920x1080, IPS, 144 Гц, HDMI+DP, VESA75)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342,86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24.4" LG 25G523B-B (игровой, 16:9, 1920x1080, IPS, 200 Гц, HDR10, AMD FreeSync Premium/NVIDIA G-Sync, 2xHDMI+DP,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24.5" Gigabyte G25F2A (игровой, 16:9, 1920x1080, IPS, 240 Гц, AMD FreeSync Premium, VESA Adaptive-Sync, HDR10, 2x2Вт, 2xHDMI+DP, регулировка высоты, портретный режим,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455,18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24.5" GigaByte GS25F2A (игровой, 16:9, 1920x1080, IPS, 240 Гц, AMD FreeSync Premium/VESA Adaptive-Sync, HDR10, 2x2Вт, 2xHDMI+DP,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467,38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27"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AsRock PG27QFT1B (игровой, 16:9, 2560x1440, IPS, 180 Гц, AMD FreeSync Premium, DisplayHDR 400, 2x2Вт, 2xHDMI+DP,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629,94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ELSA EA271S PRO (игровой, 16:9, 1920x1080, IPS, 240 Гц, AMD FreeSync/NVIDIA G-Sync, 2x2Вт, HDMI+DP, 3.5 jack, Ext. PSU, VESA75)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ELSA EA272FX PRO (игровой, 16:9, 2560x1440, IPS, 200 Гц, AMD FreeSync /NVIDIA G-Sync, 2xHDMI+2xDP, 3.5 jack, Ext. PSU, регулировка высоты, портретный режим, поворотный 30°, 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G27Q20 (игровой, 16:9, 2560x1440, IPS, 210 Гц, AMD FreeSync Premium/NVIDIA G-Sync, HDR10, 2xHDMI+DP, 3.5 jack+USB, регулировка высоты, портретный режим, поворотный 15°,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G27Q3 (игровой, 16:9, 2560x1440, IPS, 320 Гц, AMD FreeSync Premium/NVIDIA G-Sync, HDR10, 2xHDMI+DP, 3.5 jack+USB, регулировка высоты, портретный режим,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1 028,86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GO27Q24A (игровой, 16:9, 2560x1440, OLED, 240 Гц, AMD FreeSync Premium Pro/NVIDIA G-Sync, HDR10, 2x5Вт, 2xHDMI+DP, 3.5 jack+USB, регулировка высоты, портретный режим, поворотный 15°,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1 483,94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GS27F2 (игровой, 16:9, 1920x1080, IPS, 240 Гц, AMD FreeSync Premium, HDR10, 2xHDMI+DP,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495,82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GS27FA (игровой, 16:9, 1920x1080, IPS, 180 Гц, AMD FreeSync, 2xHDMI+DP, 3.5 jack,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487,69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M27Q3 (игровой, 16:9, 2560x1440, IPS, 320 Гц, AMD FreeSync Premium/NVIDIA G-Sync/VESA Adaptive-Sync, 2xHDMI+DP+USB Type-C(18W), 3.5 jack+2xUSB, регулировка высоты, портретный режим, поворотный 15°,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1 048,65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MO27Q3 (игровой, 16:9, 2560x1440, OLED, 360 Гц, AMD FreeSync Premium Pro/NVIDIA G-Sync, HDR TrueBlack 400, 2x5Вт, 2xHDMI+DP+USB Type-C(18W), 3.5 jack+2xUSB+KVM, регулировка высоты, портретный режим, поворотный 15°,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2 196,22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Gigabyte MO27U2 (игровой, 16:9, 3840x2160, OLED, 240 Гц, AMD FreeSync Premium Pro/NVIDIA G-Sync, HDR TrueBlack 400, 2x5Вт, 2xHDMI+DP+USB Type-C(18W), 3.5 jack+2xUSB+KVM, регулировка высоты, портретный режим, поворотный 15°,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2 642,38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27G411A-B (игровой, 16:9, 1920x1080, IPS, 144 Гц, AMD FreeSync/NVIDIA G-Sync, HDR10, HDMI+DP, 3.5 jack,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385,27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27G440A-B (игровой, 16:9, 1920x1080, IPS, 240 Гц, AMD FreeSync/NVIDIA G-Sync, HDR10, 2xHDMI+DP, 3.5 jack, регулировка высоты, портретный режим, поворотный 90°,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839,64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27G523B-B (игровой, 16:9, 1920x1080, IPS, 200 Гц, AMD FreeSync Premium/NVIDIA G-Sync, HDR10, 2xHDMI+DP, 3.5 jack,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536,46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27G550B-B (игровой, 16:9, 1920x1080, IPS, 300 Гц, AMD FreeSync Premium/NVIDIA G-Sync, HDR10, 2xHDMI+DP, 3.5 jack, регулировка высоты, портретный режим, поворотный 15°,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825,02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27G610A-B (игровой, 16:9, 2560x1440, IPS, 200 Гц, AMD FreeSync Premium, HDR10, DisplayHDR 400, 2xHDMI+DP, 3.5 jack, регулировка высоты, портретный режим, поворотный 30°,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719,35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27GS85Q-B (игровой, 16:9, 2560x1440, IPS, 200 Гц, AMD FreeSync/NVIDIA G-Sync, HDR10, DisplayHDR 400, 2xHDMI+DP, 3.5 jack+USB, регулировка высоты, портретный режим,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1 044,69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27U411A-B (16:9, 1920x1080, IPS, 120 Гц, HDR10, HDMI+VGA, VESA100) (аналог 27MR400-B)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404,39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27U631A-B (16:9, 2560x1440, IPS, 100 Гц, VESA Adaptive-Sync, HDR10, HDMI+USB Type-C(15W),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527,95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LG 27U730A-B (16:9, 3840x2160, IPS, 60 Гц, HDR10, 2x5Вт, 2xHDMI+DP+USB Type-C(90W), 3.5 jack, регулировка высоты, портретный режим, поворотный 45°,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890,04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3699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MSI MAG 274QF X24 (игровой, 16:9, 2560x1440, IPS, 240 Гц, AMD FreeSync Premium, 2xHDMI+DP+, 3.5 jack,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933,89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XIAOMI ELA6370EU (P27FDA-RGGL) (игровой, 16:9, 1920x1080, IPS, 200 Гц, HDR10, DisplayHDR 400, AMD FreeSync Premium/NVIDIA G-Sync, HDMI+DP, 3.5 jack, VESA75)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573,04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27" XIAOMI ELA6568EU (P27QDA-RAGL) (16:9, 2560x1440, IPS, 120 Гц, 3.5 jack, 2xHDMI+DP, VESA75)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560,85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32"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31.5" LG 32G620B-B (игровой, 16:9, 2560x1440, IPS, 200 Гц, HDR10, AMD FreeSync Premium/ NVIDIA G-Sync, VESA Adaptive-Sync, 2xHDMI+DP, 3.5 jack, регулировка высоты, портретный режим, поворотный 30°,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989,29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31.5" LG 32U631A-B (16:9, 2560x1440, IPS, 100 Гц, VESA Adaptive-Sync, HDR10, HDMI+USB Type-C(15W), 3.5 jack, VESA100)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764,05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34"+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34" Gigabyte G34WQC2 (игровой, 21:9, 3440x1440, VA, 1500R, 200 Гц, AMD FreeSync Premium, VESA Adaptive-Sync, DisplayHDR 400, 2x2Вт, 2xHDMI+2xDP, регулировка высоты, поворотный 15°, VESA100)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1 167,36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34" LG 34U640B-B (игровой, 21:9, 3440x1440, VA, 1800R, 144 Гц, HDR10, AMD FreeSync Premium, 2xHDMI+DP+Type-C(65W), 3.5 jack+KVM, регулировка высоты)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1 088,22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Периферийные устройства</w:t>
      </w:r>
    </w:p>
    <w:p>
      <w:pPr>
        <w:pStyle w:val="Heading2"/>
      </w:pPr>
      <w:r>
        <w:t>UPS/ ИБП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HR 12-18 (12V, 18Ач, 5 лет, 5.25кг, 181х77х167/167мм) АКБ для ИБП, Аналог Ippon IP12-17 (12V, 17Ah), 27208, 2766906000015, HR12-18, HR12-76W, HR1276W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159,63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HR 12-26 (12V, 26Ач, 5 лет, 7.6кг, 166х175х125/125мм) АКБ для ИБП, аналог HR 12-100W, HR12-100W, HR12100W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163,51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HR 12-7.5M (12V, 7.5Ah, 5 лет, 2.15кг, 151х65х94(98)мм), Аналог АКБ VL 12-7.5 71074, Ippon IP12-7 (12V, 7Ah), 27209, 2766905600018 669056, Kiper GP-1272 F2 12V/7.2Ah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3709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HR 12-9M (12V, 9Ah, 5 лет, 2.5кг, 151х65х94/100мм), Аналог АКБ 66554 70416 SSP12-9HR, Ippon IP12-9 (12V, 9Ah), 16906, 2766905800012 669056, VL 12-9, HR12-9, HR12-34W, HR1234W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88,14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HRL 12-22W (12V, 5Ач, 10 лет, 1.7кг, 90х70х101/107мм) АКБ для ИБП, Аналог АКБ Ippon IP12-5 (12V, 5Ah), 27210, 2766905500011, 70243 YELLOW HR 12-5, Kiper GP-1250 F2 12V/5Ah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76,38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HRX 12-40W (12V, 9Ач, 10 лет, 2.6кг, 151х65х94/100мм), для ИБП, Аналог АКБ Ippon IP12-9 (12V, 9Ah), CSB HRL 1234W, HR 12-34W, HRL 12-34W, GPL 1234W, GPL 12-34W, 16906, 2766905800012, 66554, 70416, 70956, SSP12-9HR, SP12-9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Аккумуляторная батарея YELLOW VL 12-7.5 (12V, 7.5Ah, 5 лет, 2.15кг, 151х65х94(98)мм) АКБ для ИБП, Аналог АКБ Ippon IP12-7 (12V, 7Ah), 27209, 2766905600018 669056, Kiper GP-1272 F2 12V/7.2Ah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78,60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МАСТЕР 1000 MT10201, 1000/600 ВА/Вт, 4+4 Schuko (SCHUKOx8), LED, USB, RJ11/RJ45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378,14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МАСТЕР 800 MT80107, 800/480 ВА/Вт, CHRG USB, 4+4 Schuko (SCHUKOx8), LED, USB, RJ11/RJ45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321,90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МИНИ 1000 CM10201, 1000ВА/800Вт, ~230В, АКБ 2х7Ач, IEC-C13x3, LED, RS-232, Защита от всплесков и перенапряжений, 140x327x191мм, вес 7.8кг, ИБП  IMPULS MINI 1000, 1000VA/800Wt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МИНИ 500 CM50101, 500ВА/400Вт, ~230В, АКБ 1х7Ач, IEC-C13x3, LED, RS-232, Защита от всплесков и перенапряжений, 140x327x191мм, вес 5.5кг, ИБП  IMPULS MINI 500, 500VA/400Wt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533,82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МИНИ 700 CM70101, 700ВА/560Вт, ~230В, АКБ 1х9Ач, IEC-C13x3, LED, RS-232, Защита от всплесков и перенапряжений, 140x327x191мм, вес 6кг, ИБП  IMPULS MINI 700, 700VA/560Wt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575,16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ФОРА 1000 FF10201, 1кВА/1кВт, ~230В, LCD+LED, EPO, RS-232, USB, SmartSlot, АКБ 3х9Ач, SCHUKOx2, 145x404x218, 9кг, напольный, аналог Спринтер 1000, Спринтер 11-1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1 071,02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ФОРА 2000 FF20201, 2кВА/2кВт, ~230В, LCD+LED, EPO, RS-232, USB, SmartSlot, АКБ 4х9Ач, SCHUKOx4, 190x434x278, 20кг, напольный, аналог Спринтер 2000, Спринтер 11-2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1 406,55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ФОРВАРД 1000 FW10201 (аналог Ippon Innova RT 1000), ~230В, 1кВА/1кВт, Рус. LCD+LED, EPO, RS-232, USB, SmartSlot, АКБ 3х9Ач, IEC-C13x8, 440х425х86.5(2U)мм, 13кг), аналог Smart Winner 1000, Smart Winner II, FT10222 Фристайл 1000, Фристайл 11-1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1 386,00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ФОРВАРД 1500 FW15201 (аналог Ippon Innova RT 1500), ~230В, 1.5кВА/1.5кВт, Рус. LCD+LED, EPO, RS-232, USB, SmartSlot, АКБ 3х9Ач, IEC-C13x8, 440х425х86.5(2U)мм, 15кг), &lt;=&gt; Smart Winner 1500, Smart Winner II, FT15222 Фристайл 1500 Фристайл 11-1.5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1 691,66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ФОРВАРД 2000 FW20201 (аналог Ippon Innova RT 2000), ~230В, 2кВА/2кВт, Рус. LCD+LED, EPO, RS-232, USB, SmartSlot, АКБ 4х9Ач,IEC-C13x8 + IEC-C19, 440х591х86.5(2U)мм, 19кг), аналог Smart Winner 2000, Smart Winner II, FT20222 Фристайл 2000, 11-2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2 018,15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ФОРВАРД 3000 FW30201 (аналог Ippon Innova RT 3000), ~230В, 3кВА/3кВт, Рус. LCD+LED, EPO, RS-232, USB, SmartSlot, АКБ 6х9Ач,IEC-C13x8 + IEC-C19, 440х591х86.5(2U)мм, 21кг), аналог Smart Winner 3000, Smart Winner II, FT30222 Фристайл 3000, 11-3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2 273,23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ПРО 1000 JT10201, LCD, USB, RJ-45/RJ-11, IEC-C13 +  SCHUKOх2, 1000ВА/800Вт, ~230В, Слот для SNMP, АКБ 7Ач*2, напольный источник бесперебойного питания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ПРО 2000 R/T JR20202, IEC-C13х8 (аналог Ippon Smart Winner 2000 NEW / Smart Winner II 2000), LCD, USB, RJ-45/RJ-11, IEC-C13х8, 2000ВА/1600Вт, ~230В, Слот для SNMP, АКБ 9Ач*3, напольный/стоечный источник бесперебойного питания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942,83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ПРО 3000 JT30201, LCD, USB, RJ-45/RJ-11, IEC-C13x3 +  SCHUKOх3, 3000ВА/2400Вт, ~230В, Слот для SNMP, АКБ 9Ач*4, напольный источник бесперебойного питания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1 063,27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ПРО 3000 R/T JR30202, IEC-C13х8 (аналог Ippon Smart Winner 3000 NEW / Smart Winner II 3000), LCD, USB, RJ-45/RJ-11, IEC-C13х8, 3000ВА/2400Вт, ~230В, Слот для SNMP, АКБ 9Ач*4, напольный/стоечный источник бесперебойного питания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1 221,56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СМАРТ 1000 JS10114, SCHUKOx2, LED, USB, 1000/600 ВА/Вт (~230В, АКБ 1х9Ач), аналог Ippon Back Basic 1050 Euro, PowerCom RPT-1000A, напольный Источник бесперебойного питания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СМАРТ 1200 JS12223, SCHUKOx4, LCD, 1200/720 ВА/Вт, USB, RJ11/RJ45 (~230В, АКБ 2х7Ач), напольный Источник бесперебойного питания, (аналог Ippon Back Basic 1200, Smart Power Pro II Euro 1200)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351,99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СМАРТ 1500 JS15223, SCHUKOx4, LCD, USB, RJ11/RJ45 (аналог Ippon Back Basic 1500 Euro), 1500/900 ВА/Вт, ~230В, АКБ 2х7.5Ач. Габаритные размеры (ШхГхВ), мм: 148x298x178, вес 9.1кг), напольный источник бесперебойного питания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476,77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СМАРТ 2200 JS22223, SCHUKOx4, LCD, USB, RJ11/RJ45, 2200/1320 ВА/Вт, ~230В, АКБ 2х9Ач. Габаритные размеры (ШхГхВ), мм: 148x298x178, вес 10.8кг), напольный источник бесперебойного питания, (аналог Ippon Back Basic 2200 Euro, Smart Power Pr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554,84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СМАРТ 600 JS60113, LED, SCHUKOx2 (аналог Ippon Back Basic 650 Euro), 600/360 ВА/Вт (~230В, АКБ 1х7Ач), напольный Источник бесперебойного питания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157,77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ИБП ИМПУЛЬС ЮНИОР СМАРТ 800 JS80114, LED, USB, SCHUKOx2 (аналог Ippon Back Basic 850 Euro), 800/480 ВА/Вт (~230В, АКБ 1х7.5Ач), напольный Источник бесперебойного питания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Источник бесперебойного питания PowerCom RPT-1000A (600Вт 1000ВА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Принтеры, МФУ</w:t>
      </w:r>
    </w:p>
    <w:p>
      <w:pPr>
        <w:pStyle w:val="Heading2"/>
      </w:pPr>
      <w:r>
        <w:t>Картриджи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Картридж Pantum PL-C211PB дл Pantum P2200/ P2207/ P2500/ P2507/ P2516/ P2518/ M6500/ M6507/ M6550/ M6557/ M6600/ M6607 (1.6т листов / 5%)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140,50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Картридж Pantum PС-211PRB для Pantum P2200/P2207/P2500/P2507/P2500W/M6500/M6550/M6607 (1.6т листов / 5%)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56,89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МФУ Лазерные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МФУ Canon i-SENSYS MF3010 (лазерный, черно-белый, формат A4 (210x297 мм), скорость ч/б печати 18 стр/мин, разрешение 600x400 dpi)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949,72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МФУ Pantum BM2300 (лазерный, черно-белый, формат A4 (210x297 мм), скорость ч/б печати 22 стр/мин)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520,20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МФУ Pantum BM2300W (лазерный, черно-белый, формат A4 (210x297 мм), скорость ч/б печати 22 стр/мин, Wi-Fi)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532,40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МФУ Pantum BM5201ADN (лазерный, черно-белый, формат A4 (210x297 мм), скорость ч/б печати 42 стр/мин, разрешение 1200 dpi, LAN)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1 582,86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МФУ Pantum M6507 Gray (лазерный, черно-белый, формат A4 (210x297 мм), скорость ч/б печати 22 стр/мин, разрешение 1200 dpi)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489,74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МФУ Pantum M6550NW (лазерный, черно-белый, формат A4 (210x297 мм), скорость ч/б печати 22 стр/мин, разрешение 1200 dpi, LAN, Wi-Fi)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751,86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Принтер Pantum BP5200DN (лазерный, черно-белый, формат A4 (210x297 мм), скорость ч/б печати 42 стр/мин, разрешение 1200 dpi,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1 179,23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Принтер лазерный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Принтер Canon I-SENSYS LBP6030B (8468B006) (лазерный, черно-белый, формат A4 (210x297 мм), скорость ч/б печати 18 стр/мин, разрешение 2400x600 dpi)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671,46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Принтер Pantum BP2300 (лазерный, черно-белый, формат A4 (210x297 мм), скорость ч/б печати 22 стр/мин)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Принтер Pantum BP5100DN (лазерный, черно-белый, формат A4 (210x297 мм), разрешение 1200 dpi,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1 100,09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Принтер Pantum P2200 (лазерный, черно-белый, формат A4 (210x297 мм), скорость ч/б печати 20 стр/мин, разрешение 1200 dpi)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Стабилизатор напряжения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Автоматический регулятор напряжения (стабилизатор) ORTEA Vega 1-15/20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1 858,14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Колонки</w:t>
      </w:r>
    </w:p>
    <w:p>
      <w:pPr>
        <w:pStyle w:val="Heading2"/>
      </w:pPr>
      <w:r>
        <w:t>2.0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Aurora S12 (2x6W, дерево) (65415)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90,14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Aurora S8 (суммарная мощность 8 Вт, частота 70-20000 ГцB) (65408)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Solar 1 6Вт, подсветка, питание от USB (65401)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SPK 22 black (2x2.5W, питание от USB) (65503)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13,93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SPK 270 [65270]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SPK 33 (2x2.5W, питание от USB) (65633)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19,73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SPK Defender Z2 (65102)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SPK-190 (2x4W, питание от USB, выход на наушники) (65190)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Defender SPK-225 (2x4W, питание от USB, выход на наушники) (65220)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2.0 Redragon Stentor (77600) (настольная/полочная, мощность (RMS) 6 Вт, 270-20000 Гц, пластик, подсветка)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Defender V13 (настольная (полочная), 2.1, мощность (RMS) 11 Вт, 150-20000 Гц, пластик/пластик 5.0, подсветка) (65213)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46,34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2.1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Колонки 2.1 Defender Z4 (65508) (настольная/полочная, 2.1, мощность (RMS) 11 Вт, 200-20000 Гц, пластик/пластик)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Сетевое оборудование</w:t>
      </w:r>
    </w:p>
    <w:p>
      <w:pPr>
        <w:pStyle w:val="Heading2"/>
      </w:pPr>
      <w:r>
        <w:t>Беспроводные маршрутизаторы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4G Wi-Fi роутер Netcraze Explorer 4G NC-4910 (802.11ac (Wi-Fi 5), 2.4 ГГц/5 ГГц, до 1200 Mbps, 802.1X, WAN, 4xFast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4G Wi-Fi роутер Netcraze Extra NC-1714 (802.11ac (Wi-Fi 5), 2.4 ГГц/5 ГГц, до 1200 Mbps, 802.1X, WAN, 4xFast LAN, 1xUSB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4G Wi-Fi роутер Netcraze Netcraze Carrier NC-1721 (802.11ac (Wi-Fi 5)/LTE (4G)/3G, 2.4 ГГц/5 ГГц, до 1200 Mbps, 802.1X, WAN, 3xFast LAN, 1xUSB)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164,07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4G Wi-Fi роутер Netcraze Runner 4G NC-2212 (802.11n (Mesh  Wi-Fi 4)/LTE (4G)/3G, 2.4 ГГц, до 300 Mbps, 802.1X, WAN, 4xFast LAN)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302,88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4G Wi-Fi роутер Netcraze Speedster 4G+ NC-2911 (802.11ac (Mesh  Wi-Fi 5), 2.4 ГГц/5 ГГц, до 1200 Mbps, 802.1X, WAN, 4xGigabit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422,67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5G Wi-Fi роутер Netcraze Hero 5G NC-4110 (802.11ax (Wi-Fi 6), 2.4 ГГц/5 ГГц, до 3000 Mbps, 802.1X, WAN, 4xGigabit LAN, 1x2.5 Gigabit LAN, 2xUSB)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925,97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 Netcraze Challenger NC-3910  (802.11ax (Wi-Fi 6), 2.4 ГГц/5 ГГц, до 3000 Mbps, 802.1X, 2x2.5 Gigabit LAN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344,95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 Netcraze Challenger SE NC-3911 (802.11ax (Wi-Fi 6), 2.4 ГГц/5 ГГц, до 3000 Mbps, 802.1X, WAN, 2x2.5 Gigabit LAN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342,86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 Netcraze Starter NC-1121 (802.11n (Wi-Fi 4), 2.4 ГГц, до 300 Mbps, 802.1X, WAN, 3xFast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4G NC-1213 (802.11n (Wi-Fi 4)/LTE (4G)/3G, 2.4 ГГц, до 300 Mbps, 802.1X, WAN, 4xFast LAN, 1xUSB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Air NC-1613 (802.11ac (Mesh Wi-Fi 5), 2.4 ГГц/5 ГГц, до 1200 Mbps, 802.1X, WAN, 4xFast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Giga NC-1012 (802.11ax (Mesh Wi-Fi 6), 2.4 ГГц/5 ГГц, до 3000 Mbps, 802.1X, WAN, 4xGigabit LAN, 1x2.5 Gigabit LAN, 2xUSB)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642,13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Hopper NC-3811  (802.11ax (Wi-Fi 6), 2.4 ГГц/5 ГГц, до 3000 Mbps, 802.1X, WAN, 4xGigabit LAN, 1xUSB)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455,18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Hopper SE NC-3812  (802.11ax (Wi-Fi 6), 2.4 ГГц/5 ГГц, до 3000 Mbps, 802.1X, WAN, 4xGigabit LAN, 1xUSB)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467,38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Launcher NC-1221 (802.11n (Wi-Fi 4), 2.4 ГГц, до 300 Mbps, 802.1X, WAN, 3xFast LAN, 1xUSB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Orbiter 6 (NAP-630) 802.11ax (Wi-Fi 6), 2.4 ГГц/5 ГГц, до 3000 Mbps, 802.1X, 1x2.5 Gigabit LAN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Speedster NC-3013 (802.11ac (Mesh Wi-Fi 5), 2.4 ГГц/5 ГГц, до 1200 Mbps, 802.1X, WAN, 4xGigabit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281,85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Sprinter NC-3711  (802.11ax (Wi-Fi 6), 2.4 ГГц/5 ГГц, до 3000 Mbps, 802.1X, WAN, 4xGigabit LAN)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398,28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Sprinter SE NC-3712  (802.11ax (Wi-Fi 6), 2.4 ГГц/5 ГГц, до 3000 Mbps, 802.1X, WAN, 4xGigabit LAN)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Start NC-1112 (802.11n (Mesh Wi-Fi 4), 2.4 ГГц, до 300 Mbps, 802.1X, WAN, 4xFast LAN)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Stellar 6  (NAP-650) 802.11ax (Wi-Fi 6), 2.4 ГГц/5 ГГц, AX3000, 802.1X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552,72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Ultra NC-1812 (802.11be (Mesh Wi-Fi 7), 2.4 ГГц/5 ГГц, до 7200 Mbps, 802.1X, WAN, 1x10Gigabit LAN, 4xGigabit LAN, 1x2.5 Gigabit LAN, 1 x USB 2.0, 1 x USB 3.2)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804,69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Netcraze Viva NC-1913 (802.11ac (Mesh Wi-Fi 5), 2.4 ГГц/5 ГГц, до 1200 Mbps, 802.1X, WAN, 4xGigabit LAN, 1xUSB)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298,68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роутер TP-Link TL-WR844N N300 (802.11n (Wi-Fi 4), 2.4 ГГц, до 300 Mbps, 802.1X, WAN, 4xFast LAN)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Коммутаторы (Switch)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Коммутатор D-Link DGS-1005A/G1A (неуправляемый, настольный, матрица 10 Гбит/с, 7.44 Mpps, 5xGbit)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58,73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Коммутатор D-Link DGS-1008A/F1A (неуправляемый, настольный, матрица 16 Гбит/с, 8xGbit)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80,57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Коммутатор Netis ST228GPR-2G2S (L2, 26x1Гбит/с, 2SFP, 24PoE 375W, настраиваемый)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609,62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Коммутатор TENDA S108 (неуправляемый, настольный, матрица 1.6 Гбит/с, 8x100Mbit 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Коннекторы, розетки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Коннектор VCOM (VNA2200) RJ-45 (уп-ка 20шт.)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Маршрутизаторы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Маршрутизатор MikroTik (RB750Gr3)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252,40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Медиаконвертеры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Трансивер SFP ProLabs (GLC-SX-MMD-C) 1000Base-SX, Dual LC, MM (Совместим с Cisco)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Патч-корды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(ANP522B-BK-1.5M) cat.5e 1.5м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(ANP522B-BK-10M) cat.5e 10м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(ANP522B-BK-15M) cat.5e 15м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(ANP522B-BK-20M) cat.5e 20м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(ANP522B-BK-2M) cat.5e 2м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(ANP522B-BK-3M) cat.5e 3м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(ANP522B-BK-5M) cat.5e 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3799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7/0.16 FTP iOpen (ANP522B-BK-7.5M) cat.5e 7.5м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12,59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(ANP612B-BK-1.5M) cat.6 черный 1.5м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(ANP612B-BK-10M) cat.6 черный 10м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(ANP612B-BK-15M) cat.6 черный 15м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(ANP612B-BK-20M) cat.6 черный 20м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(ANP612B-BK-2M) cat.6 черный 2м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(ANP612B-BK-3M) cat.6 черный 3м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(ANP612B-BK-5M) cat.6 черный 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7/0.20 UTP iOpen (ANP612B-BK-7.5M) cat.6 черный 7.5м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Патчкорд литой UTP iOpen  (ANP511_0.5M_R) cat.5е красный 0,5м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1,80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Сетевые адаптеры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Сетевой USB-адаптер TP-Link Archer T2U (AC600 USB 2.0 Type-A, 802.11ac (Wi-Fi 5), до 433 Mbps, 802.1X,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Сетевой USB-адаптер TP-Link Archer T2U NANO (AC600, USB 2.0 Type-A, 802.11ac (Wi-Fi 5), 802.1X, цвет черный),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49,09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Сетевой USB-адаптер TP-Link Archer T3U (AC1300 USB 3.0 Type-A, 802.11ac (Wi-Fi 5), до 867 Mbps,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Wi-Fi Сетевой адаптер PCI-E TP-Link TL-WN881ND (802.11b/g/n, 300Mb/s)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Беспроводной адаптер USB 867Mb/s TP-Link Archer T4U (802.11b/g/n/ac, USB3.0),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Сетевые карты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Сетевое оборудование LAN PCI-E Digma DPE101G-TX V2 (PCI-E, 1xGbE)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Сетевой адаптер PCI-E D-Link (DGE-560T/D1A) PCI Express x1, 1 Гбит/с, WoL, 1xRJ45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Точки доступа и усилители Wi-Fi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Усилитель Wi-Fi Netcraze Buddy 4 (NC-3211) 802.11n (Wi-Fi 4), 2.4 ГГц, N300, 802.1X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Усилитель Wi-Fi Netcraze Buddy 5 (NC-3311) 802.11ac (Wi-Fi 5), 2.4 ГГц/5 ГГц, AC1200, 802.1X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Усилитель Wi-Fi Netcraze Buddy 6 (NC-3411) 802.11ax (Wi-Fi 6), 2.4 ГГц/5 ГГц, AX3000, 802.1X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248,20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Усилитель Wi-Fi Netcraze Buddy 6 SE (NC-4410)  802.11ax (Wi-Fi 6), 2.4 ГГц/5 ГГц, AX3000, 802.1X, 1 Gigabit LAN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250,31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Внешние винчестеры</w:t>
      </w:r>
    </w:p>
    <w:p>
      <w:pPr>
        <w:pStyle w:val="Heading2"/>
      </w:pPr>
      <w:r>
        <w:t>External 2.5" USB3.0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USB3.0 Toshiba 1Tb Canvio Basics (HDTB510EK3AA) Black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398,28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USB3.0 Toshiba 2TB Canvio Basics (HDTB520EK3AA) Black (RTL)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508,02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USB3.0 Toshiba 4Tb Canvio Basics (HDTB540EK3CA) Black (RTL)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USB3.1 ADATA 1Tb HV620 Slim (AHV620S-1TU31-CBK)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USB3.1 ADATA 2Tb HV620 Slim (AHV620S-2TU31-CBL) Синий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USB3.1 ADATA 2Tb HV620 Slim (AHV620S-2TU31-CWH)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1Tb HD650 (AHD650-1TU31-CBK),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1Tb HD650 (AHD650-1TU31-CBL), 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1Tb HD650 (AHD650-1TU31-CRD), 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1Tb HD710P (AHD710P-1TU31-CBL) защита IPX8, 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402,35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2Tb HD650 (AHD650-2TU31-CBK),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2Tb HD650 (AHD650-2TU31-CBL), 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2Tb HD650 (AHD650-2TU31-CRD), 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HDD 2.5" USB3.2 ADATA 2Tb HD720 (AHD720-2TU31-CBL) защита IPX8, IP6X, стандарт MIL-STD-810G 516.6, 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455,18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External SSD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USB3.1 ADATA 1000GB SD740 (SC740-1000G-CBU) Black-Blue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731,54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USB3.1 ADATA 500GB SD740 (SC740-500G-CBU) Black-Blue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1TB SD810 (SD810-1000G-CBK) защищенный, IP68, MIL-STD-810G 516.6,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500GB Elite SE880 (AELI-SE880-500GCBU)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500GB Elite SE880 (AELI-SE880-500GCGY)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3839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500GB SC750 (SC750-500G-CCBK)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442,99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500GB SD810 (SD810-500G-CBK) защищенный, IP68, MIL-STD-810G 516.6,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500GB SD810 (SD810-500G-CSG) защищенный, IP68, MIL-STD-810G 516.6, серый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512GB SD620 (SD620-512GCBK) USB-A, защищенный, стандарт прочности MIL-STD-810G 516.6,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ADATA 512GB SE760 (ASE760-512GU32G2-CTI) 3DNand титан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120GB Z7S (NT01Z7S-120G-32BK)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172,48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1TB Z Slim (NT01ZSLIM-001T-32BK) Black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1TB ZX20ll (NT01ZX20II-1T0-32BK) Black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634,00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240GB Z6S (NT01Z6S-240G-32SL)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240GB Z7S (NT01Z7S-240G-32BK)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250GB Z Slim (NT01ZSLIM-250G-32BK) Black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250GB Z9 (NT01Z9-250G-32BK)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2TB Z6S (NT01Z6S-002T-32SL)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772,18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480GB Z6S (NT01Z6S-480G-32SL)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319,71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480GB Z7S (NT01Z7S-480G-32BK)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311,30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500GB Z Slim (NT01ZSLIM-500G-32BK) Black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500GB Z9 (NT01Z9-500G-32BK)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319,71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512GB ZX20 (NT01ZX20-512G-32BL) Black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365,77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512GB ZX20ll (NT01ZX20II-512-32BK) Black Type-C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353,58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Внешний накопитель SSD USB3.2 Netac 960GB Z6S (NT01Z6S-960G-32SL) Type-C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528,33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Флэш Card</w:t>
      </w:r>
    </w:p>
    <w:p>
      <w:pPr>
        <w:pStyle w:val="Heading2"/>
      </w:pPr>
      <w:r>
        <w:t>MicroSD/ MiniSD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128 Gb Netac P500 Extreme Pro microSDXC (NT02P500PRO-128G-S) б/адаптера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128 Gb Netac P500 Standard microSDHC (NT02P500STN-128G-S) б/адаптера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128 Gb Netac P500 Standard microSDXC (NT02P500STN-128G-R)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128 Gb Netac P500 ULTRA microSDHC (NT02P500ULT-128G-S)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16 Gb Netac P500 Extreme Pro microSDHC (NT02P500PRO-016G-R)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16 Gb Netac P500 Extreme Pro microSDHC (NT02P500PRO-016G-S) б/адаптера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16 Gb Netac P500 Standard microSDHC (NT02P500STN-016G-R)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16 Gb Netac P500 Standard microSDHC (NT02P500STN-016G-S) б/адаптера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256 Gb Netac P500 Extreme Pro microSDXC (NT02P500PRO-256G-R)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256 Gb Netac P500 Extreme Pro microSDXC (NT02P500PRO-256G-S)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239,79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256 Gb Netac P500 ULTRA  microSDXC (NT02P500ULT-256G-S)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239,79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32 Gb Netac P500 Extreme Pro microSDHC (NT02P500PRO-032G-R)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32 Gb Netac P500 Extreme Pro microSDHC (NT02P500PRO-032G-S) б/адаптера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32 Gb Netac P500 Standard (NT02P500STN-032G-R) microSDHC Class10 UHS-I U1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32 Gb Netac P500 Standard microSDHC (NT02P500STN-032G-S) б/адаптера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32Gb Netac P500 ULTRA microSDHC (NT02P500ULT-032G-S)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512 Gb Netac P500 Extreme Pro microSDXC (NT02P500PRO-512G-R)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390,15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512 Gb Netac P500 Extreme Pro microSDXC ОЕМ (NT02P500PRO-512G-N) б/адаптера bulk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64 Gb Netac P500 Extreme Pro microSDHC (NT02P500PRO-064G-S) б/адаптера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64 Gb Netac P500 Extreme Pro microSDXC (NT02P500PRO-064G-R) c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64 Gb Netac P500 Standard (NT02P500STN-064G-R) microSDHC Class10 UHS-I U1 microSD- SD Adapter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64 Gb Netac P500 Standard microSDHC (NT02P500STN-064G-S) б/адаптера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64 Gb Netac P500 ULTRA microSDHC (NT02P500ULT-064G-S) б/адаптера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 8 Gb Netac P500 Standard microSDHC (NT02P500STN-008G-S) б/адаптера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SDHC 32 Gb ADATA Premier (AUSDH32GUICL10A1-RA1) (32 ГБ, класс 10, UHS-I (класс U1), чтение: 80 МБ/с)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50,01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SDHC 32 Gb Netac (NT02P500ECO-032G-R) (32 ГБ, класс 10, UHS-I (класс U1), чтение: 80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128 Gb ADATA  SPEED PLUS (UD128GUI3V30A2SP-RA1) (128ГБ, класс 10, UHS-I (класс U3), запись - 160 Мбайт/сек, чтение - 180 Мбайт/сек)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214,55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128 Gb ADATA Premier (AUSDX128GUICL10A1-RA1) (128 ГБ, класс 10, UHS-I (класс U1), чтение: 85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115,51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128 Gb ADATA Premier Pro (AUSDX128GUI3V30SA2-RA1) (128 ГБ, класс 10, UHS-I (класс U3), чтение: 100 МБ/с)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189,31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128 Gb Netac (NT02P500ECO-128G-R) (128 ГБ, класс 10, UHS-I (класс U1), чтение: 80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128 Gb Netac (NT02P500ECO-128G-S) (128 ГБ, класс 10, UHS-I (класс U1), чтение: 80 МБ/с)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1Tb ADATA Premier Pro (AUSDX1TUI3V30SA2-RA1) (1 ТБ, класс 10, UHS-I (класс U3), чтение: 100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699,03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256 Gb ADATA Premier (AUSDX256GUICL10A1-RA1) (256 ГБ, класс 10, UHS-I (класс U1), чтение: 85 МБ/с)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197,72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256 Gb ADATA SPEED PLUS (UD256GUI3V30A2SP-RA1) (256ГБ, класс 10, UHS-I (класс U3), запись - 160 Мбайт/сек, чтение - 180 Мбайт/сек)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273,44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32 Gb Netac (NT02P500ECO-032G-S) (32 ГБ, класс 10, UHS-I (класс U1), чтение: 80 МБ/с)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512 Gb ADATA High Endurance (AUSDX512GUI3V30SHA2-RA1) (512 ГБ, класс 10, V30, A2, UHS-I (класс U3), чтение: 100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512 Gb ADATA Premier (AUSDX512GUICL10A1-RA1) (512 ГБ, класс 10, UHS-I (класс U1), чтение: 85 МБ/с)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377,97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512 Gb ADATA Premier Pro (AUSDX512GUI3V30SA2-RA1) (512 ГБ, класс 10, UHS-I (класс U3), чтение: 100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390,15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512 Gb ADATA SPEED PLUS (UD512GUI3V30A2SP-RA1) (512ГБ, класс 10, UHS-I (класс U3), запись - 160 Мбайт/сек, чтение - 180 Мбайт/сек)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64 Gb ADATA Premier (AUSDX64GUICL10A1-RA1) (64 ГБ, класс 10, A1, UHS-I (класс U1), чтение: 80 МБ/с)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3899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64 Gb ADATA Premier Pro (AUSDX64GUI3V30SA2-RA1) (64 ГБ, класс 10, UHS-I (класс U3), чтение: 100 МБ/с)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64 Gb ADATA SPEED PLUS  (UD64GUI3V30A2SP-RA1) (64ГБ, класс 10, UHS-I (класс U3), запись - 160 Мбайт/сек, чтение - 180 Мбайт/сек) RETAIL с адаптером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64 Gb Netac (NT02P500ECO-064G-R) (64 ГБ, класс 10, UHS-I (класс U1), чтение: 80 МБ/с) RETAIL с адаптером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Micro SDXC 64 Gb Netac (NT02P500ECO-064G-S) (64 ГБ, класс 10, UHS-I (класс U1), чтение: 80 МБ/с)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44,96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SDHC 128 Gb Netac P600 (NT02P600STN-128G-R) (128 ГБ, класс 10, UHS-I (класс U1), чтение: 80 МБ/с)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SDHC 32 Gb Netac P600 (NT02P600STN-032G-R) (32 ГБ, класс 10, UHS-I (класс U1), чтение: 80 МБ/с)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SDHC 64 Gb Netac P600 (NT02P600STN-064G-R) (64 ГБ, класс 10, UHS-I (класс U1), чтение: 80 МБ/с)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256Gb ADATA Premier Extreme (ASD256GEX3L1-C)(256 ГБ, класс 10, UHS-I (класс U3), запись - 700 Мбайт/сек, чтение - 800 Мбайт/сек)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512 Gb ADATA Premier Extreme (ASD512GEX3L1-C) (512 ГБ, класс 10, UHS-I (класс U3), запись - 700 Мбайт/сек, чтение - 800 Мбайт/сек) 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650,26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512 Gb ADATA Premier Extreme (SD512GEX3L2-C) (512 ГБ, класс 10, UHS-I (класс U3), запись - 1200 Мбайт/сек, чтение - 1600 Мбайт/сек)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690,90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512 Gb ADATA Premier Pro (ASDX512GUI3V30S-R) (512ГБ, класс 10, UHS-I (класс U3), чтение: 95 МБ/с)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345,45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SD/ SDHC/ SDXC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128 Gb ADATA Premier ONE (ASDX128GUII3CL10-C) (128 ГБ, класс 10, UHS-I (класс U3), V90)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414,54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128 Gb ADATA Premier Pro (ASDX128GUI3V30S-R) (128 ГБ, класс 10, UHS-I (класс U3), V30)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256 Gb ADATA Premier Pro (ASDX256GUI3V30S-R) (256 ГБ, класс 10, UHS-I (класс U3), V30)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64 Gb ADATA Premier (ASDX64GUI3V30S-R) (64 ГБ, класс 10, UHS-I)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64 Gb ADATA Premier (ASDX64GUICL10-R) (64 ГБ, класс 10, UHS-I) RETAIL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SDXC 64 Gb ADATA Premier ONE (ASDX64GUII3CL10-C) (64 ГБ, класс 10, UHS-I (класс U3), V90) RETAIL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201,92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Флэш USB</w:t>
      </w:r>
    </w:p>
    <w:p>
      <w:pPr>
        <w:pStyle w:val="Heading2"/>
      </w:pPr>
      <w:r>
        <w:t>128Gb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USB2.0 128 Gb Netac U505 (NT03U505N-128G-20BK) (USB 2.0 Type-A, раскладной корпус, металл/пластик, скорость 90/30 МБ/с,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USB2.0 128Gb Netac U197 (NT03U197N-128G-20BK) USB 2.0 Type-A, без колпачка, пластик, цвет красный/черный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USB3.0 128Gb ADATA UV128 (AUV128-128G-RBE) пластик, выдвижной разъем, черный/голубой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USB3.0 128Gb Netac U182 (NT03U182N-128G-30BL) USB 3.0 Type-A, пластик, выдвижной механизм, белый/синий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USB3.0 128Gb Netac U182 (NT03U182N-128G-30RE) USB 3.0 Type-A, пластик, выдвижной механизм, черный/красный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USB3.0 128Gb Netac U278 (NT03U278N-128G-32PN) USB 3.0 Type-A, металл, без колпачка,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UC300 (ACHO-UC300-128G-RNB/BU) USB 3.2 Type-C, пластик, выдвижной механизм, синий/голубой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UC310 (UC310-128G-RBK) USB 3.2 Type-A, пластик, поворотный разъем,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UC310 (UC310-128G-RWH) USB 3.2 Type-A, пластик, поворотный разъем, белый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UE720 (UE720-128G-CGY/BK) USB 3.2 Type-A, пластик, выдвижной механизм, серый/черный)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UE800 (AELI-UE800-128G-CSG) USB 3.2 TypeС, металл, выдвижной разъем,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210,33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UR340 (AROY-UR340-128GBK) USB 3.2 Type-A, металл, без колпачка, серый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UR350 (UR350-128G-RSR/BG) USB 3.2 Type-A, металл, без колпачка, коричневый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77,00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UR350 (UR350-128G-RSR/BK) USB 3.2 Type-A, металл, без колпачка,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UV150 (AUV150-128G-RBK) USB 3.2 Type-A, пластик, с колпачком,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UV320 (AUV320-128G-RBKBL) USB 3.2 Type-A, пластик, выдвижной разъем, черный/синий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ADATA UV320 (AUV320-128G-RWHGN) USB 3.2 Type-A, пластик, выдвижной разъем, черный/зеленый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U116 (NT03U116N-128G-32WH) USB 3.2 Type-A, пластик, с колпачком,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U351 (NT03U351N-128G-32BK) USB 3.2 Type-A, пластик, с колпачком,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U505 (NT03U505N-128G-32BK) USB 3.2 Gen 1 Type-A (5 Гбит/сек), раскладной корпус, пластик/металл, цвет серебристый/черный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81,82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UA61B ( NT03UA61B-128G-32GM) USB 3.2 Type-A, пластик, с колпачком,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UM1 (NT03UM1N-128G-32PN) USB 3.2 Type-A, металл, без колпачка,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65,20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US11 (NT03US11C-128G-32BK) / USB 3.2 Gen 1 Type-A/Type-C (5 Гбит/сек) / раскладной корпус /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3939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USB3.2 128Gb Netac US5 (NT03US5C-128G-32TA) USB 3.2 Gen 2 Type-A/Type-C (10 Гбит/сек), металл, с колпачком,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136,74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16Gb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16Gb Netac UM81 (NT03UM81N-016G-20BK) (без колпачка, пластик, цвет черный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16Gb Netac U278 (NT03U278N-016G-30PN) (USB 3.2 Gen 1 Type-A (5 Гбит/сек), без колпачка, металл, цвет серебристый/черный)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256Gb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USB3.0 256Gb Netac U182 (NT03U182N-256G-30BL) USB 3.0 Type-A, пластик, выдвижной механизм, белый/синий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USB3.0 256Gb Netac U182 (NT03U182N-256G-30RE) USB 3.0 Type-A, пластик, выдвижной механизм, черный/красный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USB3.0 256Gb Netac U352 (NT03U352N-256G-30PN) USB 3.0 Type-A, с колпачком, металл, цвет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UC300 (ACHO-UC300-256G-RBK/GN) USB 3.2 Type-C, пластик, выдвижной механизм, черный/зеленый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UC310 (UC310-256G-RBK) USB 3.2 Type-A, пластик, поворотный разъем,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UC310 (UC310-256G-RWH) USB 3.2 Type-A, пластик, поворотный разъем,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UC310 ECO (UC310E-256G-RGN) USB 3.2 Type-A, пластик, поворотный разъем, 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UE720 (UE720-256G-CGY/BK) USB 3.2 Type-A, пластик, выдвижной механизм, серый/черный)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218,75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UE800 (AELI-UE800-256G-CSG) USB 3.2 TypeС, металл, выдвижной разъем,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ADATA UV320 (AUV320-256G-RWHGN) USB 3.2 Type-A, пластик, выдвижной разъем, черный/зеленый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Netac U505 (NT03U505N-256G-32BK) (USB 3.2 Type-A, раскладной корпус, металл/пластик, скорость 90/30 МБ/с,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Netac UA61B (NT03UA61B-256G-32GM) USB 3.2 Type-A, пластик, с колпачком,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134,76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Netac US5 (NT03US5C-256G-32TA) USB 3.2 Gen 2 Type-A/Type-C (10 Гбит/сек), металл, с колпачком,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214,55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USB3.2 256Gb Netac US9 (NT03US9C-256G-32TA) USB 3.2 TGen 2 Type-A/Type-C (10 Гбит/сек), раскладной корпус, металл, цвет серый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222,96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32Gb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C008 Classic (AC008-32G-RKD) USB 2.0 Type-A, пластик, выдвижной механизм, черный/красный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C008 Classic (AC008-32G-RWE) USB 2.0 Type-A, пластик, выдвижной механизм, белый/синий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C906 Classic (AC906-32G-RBK) пластик, с колпачком,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C906 Classic (AC906-32G-RPP), пластик, с колпачком, розовый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C906 Classic (AC906-32G-RWB), пластик, с колпачком, 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C906 Classic (AC906-32G-RWH), пластик, с колпачком,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27,53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UV210 (AUV210-32G-RGD) металл, без колпачка, золотистый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UV220 (AUV220-32G-RBKBL) USB 3.2 Type-A, пластик, выдвижной механизм, черный/голубой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ADATA UV220 (AUV220-32G-RWHGY) USB 3.2 Type-A, пластик, выдвижной механизм, белый/серый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Netac U116 (NT03U116N-032G-20WH) USB 2.0 Type-A, пластик, с колпачком,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23,86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Netac U275 NT03U275N-032G-20SL  (без колпачка, металл, цвет серебристый)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Netac U326 (NT03U326N-032G-20PN) USB 2.0 Type-A, металл, без колпачка,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25,23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32Gb Netac U505 NT03U505N-032G-20BK (USB 2.0 Type-A, раскладной корпус, металл/пластик, скорость 90/30 МБ/с,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27,53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3969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32 Gb  ADATA UV128 (AUV128-32G-RBE) пластик, выдвижной разъем, черный/голубой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32Gb Netac U116 (NT03U116N-032G-32WH) USB 3.0 Type-A, пластик, с колпачком, белый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32Gb Netac U182 (NT03U182N-032G-30BL) USB 3.0 Type-A, пластик, выдвижной механизм, белый/синий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 Gb Netac U505 (NT03U505N-032G-32BK)  (пластик+металл  Type-A (5 Гбит/сек), раскладной корпус,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UR340 (AROY-UR340-32GBK) USB 3.2 Type-A, металл, без колпачка, серый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UR350 (UR350-32G-RSR/BG) USB 3.2 Type-A, металл, без колпачка, коричневый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UR350 (UR350-32G-RSR/BK) USB 3.2 Type-A, металл, без колпачка,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UV150 (AUV150-32G-RBK) USB 3.2 Type-A, пластик, с колпачком,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UV150 (AUV150-32G-RRD) USB 3.2 Type-A, пластик, с колпачком, красный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UV320 (AUV320-32G-RBKBL) USB 3.2 Type-A, пластик, выдвижной разъем, черный/синий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3979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ADATA UV320 (AUV320-32G-RWHGN) USB 3.2 Type-A, пластик, выдвижной разъем, белый/зеленый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U336 (NT03U336S-032G-32BK) (USB 3.2 Gen 1 Type-A (5 Гбит/сек), выдвижной разъем, пластик,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39,46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U351 NT03U351N-032G-32BK (USB 3.2 Gen 1 Type-A (5 Гбит/сек), с колпачком, пластик,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U352 (NT03U352N-032G-32PN) USB 3.2 Type-A, с колпачком, металл, цвет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U782C (NT03U782C-032G-32PN) USB 3.2 Type-A/Type-C (5 Гбит/сек), раскладной корпус, металл, скорость 110/30 МБ/с, цвет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U785C NT03U785C-032G-32PN (32 ГБ, USB 3.2 Gen 1 Type-A/Type-C (5 Гбит/сек), раскладной корпус, металл, цвет серебристый)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UA61B (NT03UA61B-032G-32GM) USB 3.2 Type-A, пластик, с колпачком,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UM1 (NT03UM1N-032G-32PN) USB 3.2 Type-A, металл, без колпачка,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US11 (NT03US11C-032G-32BK) USB 3.2 Type-A/Type-C (5 Гбит/сек), раскладной корпус, металл, цвет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32Gb Netac US18 (NT03US18C-032G-32BK) USB 3.2 Gen 1 Type-A/Type-C (5 Гбит/сек), раскладной корпус, металл, цвет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39,46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512Gb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USB3.0 512Gb ADATA UV128 (AUV128-512G-RBE) пластик, выдвижной разъем, черный/голубой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USB3.0 512Gb Netac U182 (NT03U182N-512G-30BL) USB 3.0 Type-A, пластик, выдвижной механизм, белый/синий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USB3.0 512Gb Netac U182 (NT03U182N-512G-30RE) USB 3.0 Type-A, пластик, выдвижной механизм, черный/красный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USB3.2 512Gb ADATA UV150 (AUV150-512G-RBK) USB 3.2 Type-A, пластик, с колпачком,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USB3.2 512Gb ADATA UV320 (AUV320-512G-RWHGN) USB 3.2 Type-A, пластик, выдвижной разъем, черный/зеленый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USB3.2 512Gb Netac US5 (NT03US5C-512G-32TA) USB 3.2 Type-A, металл, с колпачком,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382,03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64Gb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C008 Classic (AC008-64G-RKD) USB 2.0 Type-A, пластик, выдвижной механизм, черный/красный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C008 Classic (AC008-64G-RWE) USB 2.0 Type-A, пластик, выдвижной механизм, белый/синий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C906 Classic (AC906-64G-RBK), пластик, с колпачком,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30,28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C906 Classic (AC906-64G-RPP), пластик, с колпачком, розовый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3999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C906 Classic (AC906-64G-RWB), пластик, с колпачком, 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C906 Classic (AC906-64G-RWH), пластик, с колпачком,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UV210 (AUV210-64G-RGD) USB 2.0 Type-A, металл, без колпачка, золотистый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UV220 (AUV220-64G-RWHGY) USB 3.2 Type-A, пластик, выдвижной механизм, белый/серый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UV240 (AUV240-64G-RBK) USB 2.0 Type-A, пластик, раскладной корпус,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UV240 (AUV240-64G-RRD) USB 2.0 Type-A, пластик, раскладной корпус, красный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ADATA UV250 (AUV250-64G-RBK) USB 2.0 Type-A, металл, без колпачка,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U116 (NT03U116N-064G-20WH) USB 2.0 Type-A, пластик, с колпачком,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U197 (NT03U197N-064G-20BK) Type-A, без колпачка, пластик, цвет красный/черный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U275 NT03U275N-064G-20SL  (без колпачка, металл, цвет серебристый)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U326 (NT03U326N-064G-20PN) USB 2.0 Type-A, металл, без колпачка,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28,45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U505 NT03U505N-064G-20BK (USB 2.0 Type-A, раскладной корпус, металл/пластик, скорость 90/30 МБ/с,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UA31 (NT03UA31N-064G-20BL) USB 2.0 Type-A, пластик, без колпачка, белый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USB2.0 64Gb Netac UM81 (NT03UM81N-064G-20BK) (без колпачка, пластик, цвет черный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64 Gb ADATA UV128 (AUV128-64G-RBE) пластик, выдвижной разъем, черный/голубой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USB3.0 64Gb Netac U182 (NT03U182N-064G-30BL) USB 3.0 Type-A, пластик, выдвижной механизм, белый/синий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39,46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 Gb Netac U351 NT03U351N-064G-32BK (64 ГБ, USB 3.2 Gen 1 Type-A (5 Гбит/сек), с колпачком, пластик,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UC300 (ACHO-UC300-64G-RBK/GN) USB 3.2 Type-C, пластик, выдвижной механизм, черный/зеленый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UC300 (ACHO-UC300-64G-RNB/BU) USB 3.2 Type-C, пластик, выдвижной механизм, синий/голубой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UE720 (UE720-64G-CGY/BK) USB 3.2 Type-A, пластик, выдвижной механизм, серый/черный)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UR340 (AROY-UR340-64GBK) USB 3.2 Type-A, металл, без колпачка, серый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UV150 (AUV150-64G-RBK) USB 3.2 Type-A, пластик, с колпачком,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UV150 (AUV150-64G-RRD) USB 3.2 Type-A, пластик, с колпачком, красный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UV320 (AUV320-64G-RBKBL) USB 3.2 Type-A, пластик, выдвижной разъем, черный/синий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ADATA UV320 (AUV320-64G-RWHGN) USB 3.2 Type-A, пластик, выдвижной разъем, черный/зеленый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U116 (NT03U116N-064G-32WH) USB 3.2 Type-A, пластик, с колпачком, белый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U278 (NT03U278N-064G-32PN) USB 3.2 Type-A, металл, без колпачка,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44,96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U336 (NT03U336S-064G-32BK) (64 ГБ, USB 3.2 Gen 1 Type-A (5 Гбит/сек), с колпачком, пластик,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U505 (NT03U505N-064G-32BK) (64 ГБ, USB 3.2 Gen 1 Type-A (5 Гбит/сек), пластик+металл, раскладной корпус,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U785C NT03U785C-064G-32PN (64 ГБ, USB 3.2 Gen 1 Type-A/Type-C (5 Гбит/сек), раскладной корпус, металл, цвет серебристый)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UA61B (NT03UA61B-064G-32GM) USB 3.2 Type-A, пластик, с колпачком,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UM1 (NT03UM1N-064G-32PN) USB 3.2 Type-A, металл, без колпачка, серебристый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46,80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US11 (NT03US11C-064G-32BK) / USB 3.2 Gen 1 Type-A/Type-C (5 Гбит/сек) / раскладной корпус /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USB3.2 64Gb Netac US18 (NT03US18C-064G-32BK) / USB 3.2 Gen 1 Type-A/Type-C (5 Гбит/сек), раскладной корпус, металл, цвет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Аксессуары</w:t>
      </w:r>
    </w:p>
    <w:p>
      <w:pPr>
        <w:pStyle w:val="Heading2"/>
      </w:pPr>
      <w:r>
        <w:t>USB Hub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 HUB Переходник Netac WF11 (WF11GYCN) USB Type-A 3.0 x 4,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 HUB Переходник Netac WF12 (WF12BKCN) USB Type-A 3.2 x 3, USB Type-С x 1, LAN,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 HUB Переходник Netac WF14 (WF14GYCN) USB Type-A 3.0 x 3, HDMI 4K@30Hz, SDXC, microSDXC,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USB HUB Переходник Netac WF15 (WF15GYCN) 2xUSB3.0+2xUSB2.0+HDMI+Dsub +audio+RJ45+PD+SD/microSD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102,03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WEB - камера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A4Tech PK-910H Black (матрица 2 Мп, USB, микрофон)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102,99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A4Tech PK-930HA (матрица 2 Мп, USB, микрофон)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A4Tech PK-935HL (матрица 2 Мп, 1920x1080, кабель 1.5 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100,10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Logitech C925e Business Webcam Black (960-001180) (матрица 3 Мп, 1920x1080, автофокус, кабель 1.8 м 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281,85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Logitech HD C270 (960-000999) Black (USB2.0, 1280x720, микрофон)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86,63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Logitech HD Pro C920 (960-000998) (2MP, 1920x1080, автофокус, StereoMIC, USB3.0, 1.8м шнур) RTL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260,82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Web-cam Logitech HD Pro Webcam C920e (960-001086)  (1920*1080, микрофон) RTL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239,79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Внешний бокс для HDD/ Док-станция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Бокс для накопителей M.2 Netac WH51 (NT07WH51-32C2) / USB 3.2 Gen2 Type-A (10 Гбит/с), USB 3.2 Gen2 Type-C (10 Гбит/с) / Aluminium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64,99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Бокс для накопителей M.2 Netac WH61 (NT07WH61D-32C2)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55,24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Гарнитура / Наушники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Гарнитура Logitech G Pro X 2 (981-001265) (беспроводные наушники с микрофоном, мониторные (охватывающие), геймерские, съёмный аудиокабель, Bluetooth, 20-20000 Гц, время работы 50 ч, кабель 1.8 м, черные)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703,10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Гарнитура Logitech Stereo Headset H110 (981-000472)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Cosomic HS-001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Cosomic HS-1000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Cosomic HS-2000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Cosomic HS-6000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Cosomic Q6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Cosomic X2A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5,39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 A4Tech Bloody G220S BLACK (штекер USB, мониторные (охватывающие), геймерские, 20-20000 Гц, кабель 2 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102,41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A4Tech Bloody G535 (белый/черный, геймерские, 20-20000 Гц, кабель 2 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130,41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A4tech Bloody G560 белый/красный NARAKA (наушники с микрофоном, мониторные (охватывающие), геймерские, 20-20000 Гц, кабель 2 м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129,95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A4Tech Bloody G575P (мониторные (охватывающие), геймерские, 20-20000 Гц, кабель 2 м, черные)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A4Tech Bloody G580 (наушники с микрофоном, мониторные (охватывающие), геймерские, 20-20000 Гц, кабель 2 м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122,00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4059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A4Tech Bloody J437 черный (мониторные (охватывающие), геймерские, 20-20000 Гц, кабель 1.8 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127,06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A4tech Bloody J527 серый (мониторные (охватывающие), геймерские, 20-20000 Гц, кабель 2 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124,11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Acer AHW120 (ZL.HDSCC.01C) (черный 2.1м мониторные USB оголовье)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Acer AHW122 (ZL.HDSCC.01U) (черный 2.1м мониторные USB оголовье)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98,69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Acer OHW309 (ZL.HDSEE.004) (черный 2.8м накладные USB оголовье)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Acer OHW312 (ZL.HDSEE.007) ( черный 2м мониторные USB оголовье)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Наушники с микрофоном HyperX Cloud Alpha красный/черный 1.3м мониторные оголовье (4P5L1AB#UUF)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328,12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Инструмент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Стяжки (100шт)-NYT-200x2.5 пластиковые 200 мм х 2.5 мм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4,05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Кабели / переходники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Адаптер Cablexpert A-CM-HDMIF-01 (HDMI/USB 3.2 Gen2 Type-C, черный, длина 0.15 м 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Адаптер USB-A male -&gt; 4 port USB3.0 HUB+PD VCOM (CU4383A)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52,76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4069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Адаптер USB-C male -&gt; 4 port USB3.0 HUB+PD VCOM (CU4383)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Адаптер USB-C male -&gt; HDMI-A 4K@30Hz+2*USB3.0+TF+SD+PD VCOM (CU4371)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DP - DP Telecom (TCG715-2M) v1.2 4K@60Hz 2м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DP-HDMI Cablexpert , 3.0м (CC-DP-HDMI-3M), 20M/19M, экран, пакет,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57,75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DP-HDMI Gembird/Cablexpert 1.8м (CC-DP-HDMI-6), 20M/19M, экран, пакет,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- DVI-D Cablexpert, 1.8м (CC-HDMI-DVI-6), single link, позолоченные контакты,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- HDMI Cablexpert 1.8m ver1.4, (CC-HDMI4-6) Black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- HDMI iOpen (ACG859B-1.5) v2.1 8K@60Hz 1.5м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- HDMI iOpen (ACG859B-5.0) v2.1 8K@60Hz 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- HDMI Telecom (TCG200-1m) (19M-19M) 1м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19M/M, Telecom (TCG245C-2M)ver. 2.1 8KX60Hz (Econom) 2m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17,43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19M/M,ver. 2.1, 8K@60 Hz 1.5м, медь, VCOM (CG860-1.5M)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18,81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A male - DVI 24+1 male VCOM (CG484GD-1.8M) CU 1080P@60Hz 2f 1.8м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 A male - DVI 25 male TV-COM (LCG135E-2M) 2м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13,04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HDMI---HDMI ,Telecom (TCG256-3M) ver 2.1 8K@60Hz угол 90град  3м, медь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miniDP-DP Cablexpert CCP-mDP2-6 , 20M/20M, v.1.2, 4K, 1.8м, черный, позол.разъемы, пакет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SATA Data (пакет, 2 шт., прямой и Г-образный коннектор с защёлками, 40-50см) интерфейсный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SATA Gembird (CC-SATA-PS) Power 15см, 4pin/15pin, пакет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 2.0 USB-A - USB-B TV-COM (TC6900-1.8M) 1.8m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7,19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USB-A male - microUSB-B male VCOM (VUS6945-1.5M) USB 2.0 1.5м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USB-A male - USB-C male VCOM (CU401M-1M) USB3.2 10Gbs 1м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USB-A male - USB-C male VCOM (CU401M-2M) USB3.2 10Gbs 2м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USB-A male - USB-C male VCOM (CU401M-3M) USB3.2 10Gbs 3м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43,13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USB4-C male - USB-C male VCOM (CU540M-1.2M) 5K@60Hz 40GBps PD 100W 5A 1.2м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VGA 15 male - VGA 15 male VCOM (VVG6448-3M) 2f 3м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VGA 15m/15m TV-COM (QCG120H-3M) 3.0м 15M/15M, феррит.кольца, пакет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15,14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Video Coaxial удлинитель 5.0m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8,99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адаптер USB-C male -&gt; DP VCOM (CU422MC-1.8M) USB3.1 v1.4 8K@60Hz 1.8м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42,21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адаптер USB-C male -&gt; DP VCOM (CU480M) v1.4 8K@60Hz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47,72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адаптер USB-C male -&gt; DP VCOM (CU480MC-1.8M) v1.4 8K@60Hz 1.8м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59,43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4099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переходник HDMI male -&gt; VGA male VCOM (CG596-1.8M) 1.8м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питания для компьютера с заземлением,  (Розетка-Системный блок)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питания для ноутбуков 3-pin 3G*0.5mm2 Telecom (TP022-3.0-BK) 3м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9,89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питания для ноутбуков 3-pin 3G*0.5mm2 VCOM (CE022-CU0.5-1.8M) 1.8м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разветвитель 1xVGA 15 male - 2xVGA 15 male VCOM (VVG6530-0.2M) 0.2м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10,34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соединительный DP-DP 1.2V 4K@60Hz  5м , медь, Telecom (TCG715-5M)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соединительный DP-DP 1.4V 8K@60Hz  3м , медь, Telecom (TCG750-3M)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соединительный USB A male - USB B male Telecom (TUS710-1.8M) 1.8м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удлинительный USB A male - USB A female Telecom (TUS708-1M) USB 3.0 1м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12,59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Кабель-переходник DP --&gt; HDMI-F 0.2m , серый металлик, оплетка, 4K@60Hz, Telecom (TA560)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50,01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Переходник PNY Mini DisplayPort (M) - DisplayPort (F) (91008582V3)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31,66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Коврик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A4Tech X7-200MP (оптические мыши/лазерные мыши, материал ткань, 200x250 мм,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12,14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A4Tech X7-200S (оптические мыши/лазерные мыши, материал ткань, прошитые края, 200x250 мм,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A4Tech X7-300MP (оптические мыши/лазерные мыши, материал ткань, 350x437 мм)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26,15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A4Tech X7-500MP (оптические мыши/лазерные мыши, материал ткань, 400x437 мм, цвет черный)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27,99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Buro BU-CLOTH Black (для оптических и лазерных мышей, нескользящая основа, материал ткань/резина, 230x180x3мм 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Defender Black L Light (350x 300 мм) (50008)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MSI Agility GD20 (материал ткань, 220x320 мм, цвет цветной принт)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125,13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Redragon Flick M (77988) (коврик для мыши, 320x270x3мм)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22,02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мыши Redragon Xeon (71960) (ткань, прошитые края, 400x900 мм, цвет черный)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55,66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4119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Коврик для стола TGPC Black XXL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26,61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Контроллеры / Card reader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Картридер Netac WK13 (WK13GYCN) USB3.2 SD, SDHC, SDXC, microSD, microSDHC, microSDXC, USB Type-A/USB Type-С, Серебристый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Картридер Netac WK14 (WK14BKCN) USB3.2 SD, SDHC, SDXC, microSD, microSDHC, microSDXC, USB Type-A/USB Type-С, Черный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29,36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Микрофон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Микрофон FIFINE AM8PROT, с стойкой-держатель (пантограф), черный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269,23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Сетевой фильтр-удлинитель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Сетевой фильтр Defender DFS 153 (White) (3м) ( 6 розеток ) (99490)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Сетевой фильтр Defender ES 3 (3м 5р.-евро Black (99485) (сетевой фильтр, 3 м, 5 розеток евро с заземлением)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21,10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Серверное оборудование</w:t>
      </w:r>
    </w:p>
    <w:p>
      <w:pPr>
        <w:pStyle w:val="Heading1"/>
        <w:pBdr>
          <w:bottom w:val="single" w:sz="6" w:space="1" w:color="E2E8F0"/>
        </w:pBdr>
      </w:pPr>
      <w:r>
        <w:t>01 - Корпус серверный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Заглушка портов сервера 1U Chenbro 84H313210-015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55,06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02 - Блок питания серверный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1U FSP 250W YH5401-1RA13R (YH5401-1RAR2A0D) Модуль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1 028,86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4U EMACS MRT-6320PRO, MiniRedundant,  320W &lt;1+1&gt;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636,12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ACD PS0600 600W, PS2 IPC Grade (ШВГ=150*86*140 mm), 90+ (80Plus Gold), 12cm fan, A-PFC, ATX 2.31, Oper.temp 0C~50C, (аналог FSP600-80PSA, Enhance ATX3160)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375,92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4129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БП HPE 500W Flex Slot Platinum Hot Plug Low Halogen Power Supply Kit 865408-B21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634,00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Рамка БП Chenbro (60H141103-032) C2W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Рамка БП Chenbro (84H210710-103) SR107 RPSU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03 - Корзины для серверных корпусов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Корзина HotSwap AIC XC-28C-SA1S, 8x 2.5", 4SATA, FSS8087-4SATA CBL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530,10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Корзина HotSwap Chenbro SR/RM (SK51102T2)  Slim ODD to 1x 2.5"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146,32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Корзина HotSwap Chenbro SR105/SR209 (84H220910-049) 6x 2.5", 2x MiniSAS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Корзина non-HotSwap Chenbro INT 3.5" to INT 2x 2.5" (SK41203H01*11225)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41,29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Корзина non-HotSwap Chenbro INT. 3,5" to INT. 2x2,5" (SK41203H-001)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34,41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Отсек для установки 2х HDD 2,5" SuperMicro (MCP-220-84603-0N)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41,29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04 - Мат. платы серверные</w:t>
      </w:r>
    </w:p>
    <w:p>
      <w:pPr>
        <w:pStyle w:val="Heading2"/>
      </w:pPr>
      <w:r>
        <w:t>iKVM / IPMI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Модуль управления и мониторинга системы ASUS ASMB7-iKVM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124,37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LGA 3647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Заглушка SuperMicro MCP-260-00063-1N для MBD-X11SAE-F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11,24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05 - Процессоры серверные</w:t>
      </w:r>
    </w:p>
    <w:p>
      <w:pPr>
        <w:pStyle w:val="Heading2"/>
      </w:pPr>
      <w:r>
        <w:t>AMD EPYC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AMD EPYC 7002 Series 16C/32T Model 7282 (2.8/3.2GHz, 64MB, 120W, SP3)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1 187,15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LGA 2011-3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Процессор Socket-2011-3 Intel Xeon E5-2640 V4 2.4 GHz/10core/+25Mb/90W/8GT/s OEM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1 108,00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06 - Охлаждение для серверов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S-1200 ALSEYE R19 CPU LGA1700/1200/2011 4U PWM 1300-3800rpm 260W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168,27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Кулер S-1700 ALSEYE (AS-V15) LGA1700 2U (91x90x65,5мм, 52.2дБ, 2600-8000об/мин, 200W)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147,24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Радиатор S-3647 SNK-P0067PS 1U Passive, Narrow, 205 Вт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100,44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08 - SSD Серверные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SSD 2.5" SATA-III Samsung 240Gb PM893 (MZ7L3240HCHQ-00A07) (OEM)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1 028,86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09 - Серверная память</w:t>
      </w:r>
    </w:p>
    <w:p>
      <w:pPr>
        <w:pStyle w:val="Heading2"/>
      </w:pPr>
      <w:r>
        <w:t>DDR4 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DDR4 128Gb PC-25600 3200MHz Kingston (KCS-UC432LQ/128G) LRDIMM Quad Rank Module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6 484,74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(KSM32RS8/16MFR) ECC Reg CL22 DIMM 1Rx8 Micron F Rambus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1 503,72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(KSM32RD4/32HDR) ECC Reg.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4149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(KSM32RS4/32HCR) ECC Reg CL22 DIMM 1Rx4 Hynix C Rambus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PC-25600 3200MHz Kingston (KSM32RD4/64HD) ECC Reg CL22 DIMM 2Rx4 Hynix D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4 429,87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4151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64Gb PC-25600 3200MHz Micron (MTA36ASF8G72PZ-3G2) ECC Reg CL22 2R DIMM OEM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3 497,27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DDR4 Ud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4152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(KSM32ES8/16MF) ECC CL22 DIMM 1Rx8 Micron F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1 503,72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4153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(KTH-PL432E/16G) ECC CL22 Dual Rank Kingston Server Premier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1 108,00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16Gb PC-25600 3200MHz Kingston (KTH-PL432ES8/16G) ECC CL22 Single Rank Kingston Server Premier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1 266,29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4155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(KSM32ED8/32HC) ECC CL22 DIMM 2Rx8 Hynix C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2 331,51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DDR4 32Gb PC-25600 3200MHz Kingston (KSM32ED8/32HD) ECC CL22 DIMM 2Rx8 Hynix D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2 292,65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DDR5 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DDR5 128Gb PC-44800 5600MT/s Kingston (KSM64R52BD4-128MB) ECC Reg CL52 DIMM 2Rx4 Micron B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25 938,94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16Gb PC-44800 5600MT/s Kingston (KSM56R46BS8-16HA) ECC Reg CL46 DIMM 1Rx8 Hynix A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2 057,72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PC-51200 6400MT/s Kingston (KCS-UC564S4-32G) ECC Reg 1Rx4 Module for Cisco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4 663,02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PC-44800 5600MT/s Kingston (KSM56R46BD4-64HA) ECC Reg CL46 DIMM 2Rx4 Hynix A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9 383,79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PC-51200 6400MT/s Kingston (KCS-UC564D4-64G) 6400MT/s ECC Reg 2Rx4 Module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9 269,36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PC-51200 6400MT/s Kingston (KSM64R52BD4-64MD) ECC Reg CL52 DIMM 2Rx4 Micron D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9 269,36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64Gb PC-51200 6400MT/s Kingston (KTD-PE564D4-64G) ECC Reg CL52 DIMM 2Rx4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9 269,36 Br</w:t>
            </w:r>
          </w:p>
        </w:tc>
      </w:tr>
    </w:tbl>
    <w:p>
      <w:pPr>
        <w:spacing w:before="40" w:after="40"/>
      </w:pPr>
    </w:p>
    <w:p>
      <w:pPr>
        <w:pStyle w:val="Heading2"/>
      </w:pPr>
      <w:r>
        <w:t>DDR5 Ud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DDR5 32Gb PC-44800 5600MHz Kingston (KSM56E46BD8KM-32HA) ECC CL46 DIMM 2Rx8 Hynix A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4 041,28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10 - Контроллеры серверные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Сетевой серверный контроллер Supermicro AOC-CTG-I2T MicroLP 2-port 10Gbase-T controller, Intel X540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759,81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11 - Кабели, аксессуары для серверов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4166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SFF-8087 - SFF-8087 Chenbro (26H11321528B0) 0.35м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4167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SFF-8087 - SFF-8087 Supermicro (CBL-0281L)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54,41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4168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SFF-8087 - SFF-8643 SuperMicro (CBL-SAST-0508-01) 0.5м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55,06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4169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SFF-8643 - 4SATA ADC (ACD-SFF8643-SATASB-10M), 1м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72,20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4170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Кабель SFF-8644 - SFF-8088 HPE Mini SAS-HD to Mini SAS, External 1.0m (716189-B21)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155,65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Программное обеспечение</w:t>
      </w:r>
    </w:p>
    <w:p>
      <w:pPr>
        <w:pStyle w:val="Heading1"/>
        <w:pBdr>
          <w:bottom w:val="single" w:sz="6" w:space="1" w:color="E2E8F0"/>
        </w:pBdr>
      </w:pPr>
      <w:r>
        <w:t>01 - ОС (Настольные)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 Microsoft Windows 10 Pro 64-bit Рус. (OEM) (FQC-08909)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 Microsoft Windows 11 Pro (FQC-10547) OEM , наклейка с ключом, без диска и флешки (ТОЛЬКО В СОСТАВЕ ПЭВМ)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 Microsoft Windows 11 Pro 64-bit Рус. (OEM) (FQC-10547)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06 - Разное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4174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ПО MS Office 2019 Professional Plus (79P-05851) (ТОЛЬКО В СОСТАВЕ ПЭВМ)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568,97 Br</w:t>
            </w:r>
          </w:p>
        </w:tc>
      </w:tr>
    </w:tbl>
    <w:p>
      <w:pPr>
        <w:spacing w:before="40" w:after="40"/>
      </w:pPr>
    </w:p>
    <w:p>
      <w:pPr>
        <w:pStyle w:val="Heading1"/>
        <w:pBdr>
          <w:bottom w:val="single" w:sz="6" w:space="1" w:color="E2E8F0"/>
        </w:pBdr>
      </w:pPr>
      <w:r>
        <w:t>Уцененный товар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709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№</w:t>
            </w:r>
          </w:p>
        </w:tc>
        <w:tc>
          <w:tcPr>
            <w:tcW w:type="dxa" w:w="8447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531"/>
            <w:shd w:fill="0F172A" w:val="clear"/>
            <w:tcMar>
              <w:top w:w="50" w:type="dxa"/>
              <w:bottom w:w="50" w:type="dxa"/>
              <w:left w:w="50" w:type="dxa"/>
              <w:right w:w="50" w:type="dxa"/>
            </w:tcMar>
            <w:tcBorders>
              <w:top w:val="single" w:sz="4" w:space="0" w:color="0F172A"/>
              <w:left w:val="single" w:sz="4" w:space="0" w:color="0F172A"/>
              <w:bottom w:val="single" w:sz="4" w:space="0" w:color="0F172A"/>
              <w:right w:val="single" w:sz="4" w:space="0" w:color="0F172A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FFFFFF"/>
                <w:sz w:val="16"/>
              </w:rPr>
              <w:t>Цена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23.8" ELSA EA241S PRO (игровой, 16:9, 1920x1080, IPS, 240 Гц, AMD FreeSync/NVIDIA G-Sync, 2x2Вт, HDMI+DP, 3.5 jack, Ext. PSU, VESA75) (соринка под стеклом в центре матрицы)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256,06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23.8" ELSA EA241S PRO (игровой, 16:9, 1920x1080, IPS, 240 Гц, AMD FreeSync/NVIDIA G-Sync, 2x2Вт, HDMI+DP, 3.5 jack, Ext. PSU, VESA75) (три всегда зеленых субпикселя)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27" ELSA EA271FXV White (игровой, 16:9, 1920x1080, IPS, 280 Гц, AMD FreeSync /NVIDIA G-Sync, 2xHDMI+2xDP, 3.5 jack, Ext. PSU, регулировка высоты, портретный режим, поворотный 30°, VESA100) (два скола в верхней части стекла матрицы, на изображение не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530,10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4G Wi-Fi роутер Keenetic Launcher KN-1221 (802.11n (Wi-Fi 4), 2.4 ГГц, до 300 Mbps, 802.1X, WAN, 3xFast LAN, 1xUSB) (БЕЗ БП)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4179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4G Wi-Fi роутер Keenetic Launcher KN-1221 (802.11n (Wi-Fi 4), 2.4 ГГц, до 300 Mbps, 802.1X, WAN, 3xFast LAN, 1xUSB)(новый, вскрыта пленка)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110,70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4G Wi-Fi роутер Netcraze Explorer 4G NC-4910 (802.11ac (Wi-Fi 5), 2.4 ГГц/5 ГГц, до 1200 Mbps, 802.1X, WAN, 4xFast LAN) (БЕЗ БП)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231,37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4G Wi-Fi роутер Netcraze Explorer 4G NC-4910 (802.11ac (Wi-Fi 5), 2.4 ГГц/5 ГГц, до 1200 Mbps, 802.1X, WAN, 4xFast LAN) (новый, вскрыта пленка)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277,64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4G Wi-Fi роутер Netis MW5360 (802.11n (Wi-Fi 4), 2.4 ГГц, до 300 Mbps, WAN, 2xFast LAN)(после тестирования, вскрыта упаковка и комплект)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120,33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DDR4 16Gb PC-21300 2666MHz Team Elite (TED416G2666C1901) CL19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292,64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DDR4 8Gb PC-21300 2666MHz Team Elite (TED48G2666C1901) CL19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146,32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16Gb KiTof2 PC-44800 5600MHz Kingston FURY Beast (KF556C36BBEK2-16) CL36-38-38 1.25v Black (работают только на AMD AM5)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32Gb KiTof2 PC-48000 6000MHz G.Skill Flare X5 (F5-6000J3238F16GX2-FX5) CL32-38-38-96 / AMD EXPO (работают только на Intel LGA 1700/1851)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1 651,68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32Gb KiTof2 PC-48000 6000MHz G.Skill Flare X5 (F5-6000J3636F16GX2-FX5) CL36-36-36-96 / AMD EXPO (работают только на Intel LGA 1700)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1 582,86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32Gb KiTof2 PC-48000 6000MHz Patriot Viper Venom (PVV532G600C30K) CL30-40-40-76 (работает только на S1700/1851)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1 651,68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4189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32Gb KiTof2 PC-51200 6400MHz ADATA XPG Lancer RGB (AX5U6400C3216G-DCLARWH) / CL32-39-39 / 1.35V (работают только на Intel LGA 1700/1851)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1 720,50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48Gb KiTof2 PC-41600 5200MHz G.Skill Flare X5 (F5-5200J4040A24GX2-FX5) CL40-40-40-83 / AMD EXPO (работает только на S1700/1851)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2 064,60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48Gb KiTof2 PC-41600 5200MHz G.Skill Ripjaws S5 (F5-5200J4040A24GX2-RS5W) CL40-40-40-83 (работают только на Intel LGA 1700/1851)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2 064,60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48Gb KiTof2 PC-41600 5200MHz G.Skill Ripjaws S5 (F5-5200J4040A24GX2-RS5W) CL40-40-40-83 (работают только на Intel LGA 1700/1851)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2 064,60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PC-44800 5600MHz G.Skill Ripjaws S5 (F5-5600J3636D32GX2-RS5K) CL36-36-36-89 (заменена неисправная планка)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2 905,94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PC-44800 5600MHz G.Skill Ripjaws S5 (F5-5600J4645A32GX2-RS5K) CL46-45-45-89 (заменена неисправная планка)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2 703,20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PC-48000 6000MHz G.Skill Trident Z5 (F5-6000J3040G32GX2-TZ5K) CL30-40-40-96 (заменена неисправная планка)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3 243,84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PC-48000 6000MHz G.Skill Trident Z5 RGB (F5-6000J3636F32GX2-TZ5RW) CL36-36-36-96 (работают только на AMD AM5)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3 243,84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PC-48000 6000MHz Patriot Viper Venom (PVV564G600C30K) CL30-40-40-76 (работает только на S1700/1851)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3 277,63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PC-48000 6000MHz Patriot Viper Venom (PVV564G600C36K) CL36-36-36-76 (работают только на Intel LGA 1700/1851)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3 210,05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4199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64Gb KiTof2 PC-51200 6400MHz G.Skill Trident Z5 RGB (F5-6400J3239G32GX2-TZ5RK) CL32-39-39-102 (отказ от сборки)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4 054,80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8Gb PC-44800 5600MHz Patriot Signature Line (PSD58G560041) CL46-46-46-90  (работает только на Intel LGA 1700/1851)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424,08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96Gb KiTof2 PC-41600 5200MHz G.Skill Ripjaws S5 (F5-5200J4040A48GX2-RS5K) CL40-40-40-83 (работает только на S1700/1851)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4 561,65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96Gb KiTof2 PC-41600 5200MHz G.Skill Ripjaws S5 (F5-5200J4040A48GX2-RS5W) CL40-40-40-83 (заменена неисправная планка)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4 561,65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DDR5 96Gb KiTof2 PC-41600 5200MHz G.Skill Ripjaws S5 (F5-5200J4040A48GX2-RS5W) CL40-40-40-83 (работает только на S1700/1851)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4 561,65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Easier CAP USB 2.0 Video Adapter with Audio (USB, S-video/RCA)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22,94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HDD 2.5" SAS 12Gb/s Seagate 1Tb (ST1000NX0333) Enterprise 7K2 128Mb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353,40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HDD 3.5" SATA-III WD 2Tb Red WD20EFAX 5400rpm 256Mb (Recertified/Refurbished)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270,69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HDD 3.5" SATA-III WD 2Tb Red WD20EFZX 5400RPM 128Mb 6Gb/s NAS Hard Drives (Recertified/Refurbished)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388,74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HDD 3.5" SATA-III WD 4Tb Red WD40EFAX 5400RPM 256Mb 6Gb/s (Recertified/Refurbished)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388,74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4209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HDD 3.5" SATA-III WD 6Tb Red WD60EFAX 5400RPM 256Mb 6Gb/s (Recertified/Refurbished)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530,10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Gigabyte A520M K V2 Soc-AM4 (A520) PCI-Ex16 PCI-Ex1 M.2 2xDDR4 5100Mhz VGA+HDMI mATX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155,47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Gigabyte B650M AORUS ELITE AX ICE (B650M A ELITE AX ICE) Soc-AM5 (B650) 2xPCI-Ex16 2xM.2 RAID 0/1/10 2.5GbE LAN WI-FI 6E BT 5.3 4xDDR5 8000MHz+ HDMI+DP mATX White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459,42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Gigabyte B760M DS3H AX DDR4 Soc-1700 (B760) PCI-Ex16 PCI-Ex1 2xM.2 2.5GbE LAN Wi-Fi 6E BT 5.2 4xDDR4 5333MHz+ HDMI+2xDP mATX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329,22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Gigabyte B850 AORUS ELITE WIFI7 (B850 A ELITE WF7) Soc-AM5 (B850) 3xPCI-Ex16 3xM.2  2.5GbE LAN WiFi 7 BT 5.3 3xARGB+RGB RAID 0/1/10 4xDDR5 8200MHz+ DP+HDMI(front) ATX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636,12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Gigabyte X870 EAGLE WIFI7 Soc-AM5 (X870) 3xPCI-Ex16 3xM.2 2.5GbE LAN WiFi 7 BT 5.4 3xARGB+RGB RAID 0/1/10 4xDDR5 8200MHz+ HDMI+2xUSB Type-C ATX (не работают разъемы ARGB)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636,12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MSI PRO B760M-P DDR4 Soc-1700 (B760) PCI-Ex16 2xPCI-Ex1 2xM.2 RAID 0/1/5/10 4xDDR4 4800MHz+ VGA+HDMI+DP mATX (после ремонта, нет заглушки задней панели)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237,77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MB SuperMicro MBD-X11SRA-F-O Soc-2066 C422 ATX 8xDDR4 6xSATA 1x1GbE, 2xM.2 PCIE x4, 3 PCIE x16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1 032,30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Myriwell RP800A Blue 0.6mm 3D Pen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45,88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Orient NVR-8804POE/5M (4 IP-cam PoE, 1xSATA, LAN, 2xUSB2.0, VGA, HDMI)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182,90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4219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Sony SmartBand SWR10 (NFC, Bluetooth 4.0) 448365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22,94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SSD 2.5" SATA-III Patriot 960Gb Burst Elite  (PBE960GS25SSDR) 450/320 MBps QLC (Refurbished/Recertified)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SSD 2.5" SATA-III Team 1TB CX2 (T253X6001T0C101) 540/490MBps (Refurbished/Recertified)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388,74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Super Flower 1600W Leadex Platinum (SF-1600F14HP) (APFC,140 mm Dual Ball Bearing FAN, 80 Plus Platinum,Semi Passive ECO Mode) RTL  (Аналог SSR-1600PD)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883,50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Wi-Fi роутер Netis WF2419E (802.11n (Wi-Fi 4), 2.4 ГГц, до 300 Mbps, WAN, 4xFast LAN)(вскрыта упаковка и комплект)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37,16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Блок питания 700W UpHere CTX-700-G (вскрыта упаковка)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129,95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850W Chieftronic PowerUP (GPX-850FC) (ATX 2.3, 850W, 80 PLUS GOLD, Active PFC, 120mm fan, Full Cable Management, LLC design)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292,64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Chieftronic PowerUP 750W (GPX-750FC) Gold Modular APFC Retail (24+2x4+4x6/8пин)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201,19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Core 500W (BBS-500S) (ATX 2.3, 500W, 80 PLUS GOLD, Active PFC, 120mm fan)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164,61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Core 600W BBS-600S ATX (24+2x4+2x6/8пин) 80 PLUS Gold,APFC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146,32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4229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Navitas 1450W PPS-1450FC ATX (24+2x4+4x6/8пин) Semi-Modular ,80 PLUS Gold,APFC (Б\У, состояние нового блока)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292,64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Polaris 850W (PPS-850FC-A3) (ATX 3.0, 850W, 80 PLUS GOLD, Active PFC, 135mm fan, Full Cable Management, Gen5 PCIe)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292,64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Proton 500W BDF-500S ATX (APFC,85% Bronze, 120mm Fan) ATX (24+2x4+2x6 / 8пин) (отказ от сборки)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182,90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Proton 600W (BDF-600S-Bulk) (ATX 2.3, 600W, 80 PLUS BRONZE, Active PFC, 120mm fan)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Chieftec Smart 1250W (GPS-1250C) ATX (24+2x4+6x6/8пин) Cable Management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329,22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Deepcool 850W Quanta DQ850-M-V2L (DP-GD-DQ850-M-V2L) (24+2x8+4x6/8пин) ATX 2.31, Full Cable Management, PWM 120mm fan, Active PFC, 80 Plus GOLD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256,06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ExeGate 450W ATX-XP450 (24+4+6+6/8пин) (219462)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57,35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Montech 1000W TITAN GOLD (MNT-TG1000-B) (ATX 3.0, APFC, 80 PLUS Gold, Half Bridge LLC, DC-DC, Japan caps, 135mm fan, full modular)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424,08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Montech 1200W CENTURY II (MNT-C1200 II-B) (ATX 2.31, 1200W, 80 PLUS GOLD, Active PFC, Full Bridge LLC, DC-DC, Japan caps, 120mm fan, Full modular)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406,41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Montech 850W TITAN GOLD (MNT-TG850-B) (ATX 3.0, 850W, 80 PLUS GOLD, Active PFC, Half Bridge LLC, DC-DC, Japan caps, 135mm fan, Full modular)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371,07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4239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БП Super Flower 850W Leadex III Gold (SF-850F14HG) (APFC,130 mm FDB, 80 Plus Gold,Semi Passive ECO Mode) RTL (Аналог BN284,SSR-850FX, GPU-850FC,BN344)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292,64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Вентилятор UpHere S5BK (LGA 1700/1200/1151/1150/1155/1156/AM5/AM4) / 156*124*76mm / 5 TT прямого контакта / 120mm ARGB Fan 1000-1800 / Black) (вскрыта упаковка)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Видеокарта AMD Radeon ASRock RX 7600 Steel Legend 8G OC (RX7600 SL 8GO) 8GB GDDR6 8-pin HDMI+3xDP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963,48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Видеокарта AMD Radeon Gigabyte RX 7800XT GAMING OC 16G (GV-R78XTGAMING OC-16GD) 16GB GDDR6 2xHDMI, 2xDP 2x8pin (после ремонта)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1 686,09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Видеокарта Intel Arc ASRock A580 Challenger 8GB OC (A580 CL 8GO) 8GB GDDR6 HDMI+3xDP (после ремонта)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600,78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Видеокарта NVIDIA GeForce AFOX GTX 1650 (AF1650-4096D6H3-V4) 4Gb DDR6, DP+HDMI+DVI (после ремнта)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353,40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ДАДЖЕТ KIT RU0088 Фотосигнализация (640x480, GSM/GPRS, 6LED, ПДУ)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96,25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ИБП Ippon Smart Power Pro II Euro 1200 (1200Va/720W,4 розетки Euro) черный (заменены АКБ)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424,08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ИБП R-UPS U1000RM (Online UPS 1000VA ) (новый, новые батареи)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447,05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Клавиатура + мышь Logitech MK270 (L920-004518) ТЕСТОВЫЙ КОМПЛЕКТ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62,78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4249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Клавиатура Gamdias Hermes E2 (Red Switches) (игровая для ПК, механическая, Gamdias Red, металлическая верхняя панель, интерфейс подключения - USB, подсветка, цвет черный) (Вскрыта упаковка)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67,38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Клавиатура Gamdias Hermes E3 (Brown Switches) (игровая для ПК, механическая, интерфейс подключения - USB, подсветка, цвет черный, US раскладка) (Вскрыта упаковка)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91,45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Клавиатура Gembird Gaming KB-G550L USB 104КЛ, подсветка клавиш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83,70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Комплект БЕСПРОВОДНОЙ Клавиатура + мышь Logitech MK220 Black (920-003236) (мышь беспроводная радио (сенсор оптический), клавиатура радио) (вскрыта упаковка)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71,15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ATX Без БП Aerocool Falcon-G-BK-v2 (ACCM-PV41143.11) GPU max 290mm,CPU max 157mm, USB 3.0 x 2, USB 2.0 x 1, HD Audio + Mic, 4 x FRGB fans incl., TG (нет подсветки у вентиляторов)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ATX Без БП GameMax Titan Silent 2 (царапина на крышке)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182,90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ATX Без БП Montech AIR 1000 Premium (MNT-A1000P-B) (не большая вмятина на морде внизу на пластика)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182,90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4256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ATX Без БП Montech KING 95 PRO (MNT-K95P-RG) Розовое золото (не комплект, нет дополнительной лецевой части корпуса.)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388,74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4257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E-ATX Без БП Montech AIR 903 Max (MNT-A903M-B) (Tempered Glass, 2xUSB-A 3.2 5Гбит/с, 1xUSB-C 3.2 5Гбит/с, 4x120mm ARGB FAN, HD Audio+Mic, VGA MAX 400mm, CPU MAX 180mm, пылевые фильтры) Black (маленькая вмятина на боковой стенке внизу)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219,48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4258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MicroATX Sohoo S511 400W (Vicsone VP-400) (царапина на крышке) Black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164,61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4259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MicroATX Vicsone PW 500W (Vicsone VP-500) (После сертификации, есть царапины) White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125,55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4260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MicroATX Без БП GameMax Aero Mini (H607) (Tempered Glass, 1xUSB 2.0, 1xUSB-C 3.2 5Гбит, 4x120mm ARGB Fan, HD Audio+Mic, VGA MAX 340mm, CPU MAX 155mm) Black (нет верхнего фильтра, маленькая царапина на лицевой панели)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139,00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4261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Корпус Mini-ITX Powerman PS201A-BK (6125688)  / U3.0*2+A(HD)+FAN / USB 3.0 x 2, Audio + Mic , БП 300W (без БП)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139,00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4262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Радиатор UpHere L6DK (LGA 1700/1200/1151/1150/1155/1156/AM5/AM4) / 154*125*125mm / 6 TT прямого контакта / 2*120mm Fan 600-1800 / Black) (вскрыта упаковка)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126,20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4263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Радиатор UpHere P5C ARGB (LGA 1700/1200/1151/1150/1155/1156/AM5/AM4) / 153*123*76mm / 5 TT прямого контакта / 120mm ARGB Fan 600-1800 / Black) (Вскрыта упаковка)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105,88 Br</w:t>
            </w:r>
          </w:p>
        </w:tc>
      </w:tr>
      <w:tr>
        <w:tc>
          <w:tcPr>
            <w:tcW w:type="dxa" w:w="709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4264</w:t>
            </w:r>
          </w:p>
        </w:tc>
        <w:tc>
          <w:tcPr>
            <w:tcW w:type="dxa" w:w="8447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Система водяного охлаждения ID-Cooling PINKFLOW 240 DIAMOND PURPLE (LGA 2066/2011/1700/1200/1151/1150/1155/1156/AM5/AM4 (TDP 250W, DUAL FAN 120mm) (не работает подсветка)</w:t>
            </w:r>
          </w:p>
        </w:tc>
        <w:tc>
          <w:tcPr>
            <w:tcW w:type="dxa" w:w="1531"/>
            <w:shd w:fill="FFFFFF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128,03 Br</w:t>
            </w:r>
          </w:p>
        </w:tc>
      </w:tr>
      <w:tr>
        <w:tc>
          <w:tcPr>
            <w:tcW w:type="dxa" w:w="709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center"/>
            </w:pPr>
            <w:r/>
            <w:r>
              <w:rPr>
                <w:rFonts w:ascii="Segoe UI" w:hAnsi="Segoe UI" w:cs="Segoe UI"/>
                <w:b/>
                <w:color w:val="64748B"/>
                <w:sz w:val="16"/>
              </w:rPr>
              <w:t>4265</w:t>
            </w:r>
          </w:p>
        </w:tc>
        <w:tc>
          <w:tcPr>
            <w:tcW w:type="dxa" w:w="8447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left"/>
            </w:pPr>
            <w:r/>
            <w:r>
              <w:rPr>
                <w:rFonts w:ascii="Segoe UI" w:hAnsi="Segoe UI" w:cs="Segoe UI"/>
                <w:b w:val="0"/>
                <w:color w:val="1E293B"/>
                <w:sz w:val="16"/>
              </w:rPr>
              <w:t>Уцен. Тонер-картридж Samsung SCX-4216D3 для Samsung SCX-4016/4216F, SF-560/565P</w:t>
            </w:r>
          </w:p>
        </w:tc>
        <w:tc>
          <w:tcPr>
            <w:tcW w:type="dxa" w:w="1531"/>
            <w:shd w:fill="F8FAFC" w:val="clear"/>
            <w:tcMar>
              <w:top w:w="35" w:type="dxa"/>
              <w:bottom w:w="35" w:type="dxa"/>
              <w:left w:w="55" w:type="dxa"/>
              <w:right w:w="55" w:type="dxa"/>
            </w:tcMar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jc w:val="right"/>
            </w:pPr>
            <w:r/>
            <w:r>
              <w:rPr>
                <w:rFonts w:ascii="Segoe UI" w:hAnsi="Segoe UI" w:cs="Segoe UI"/>
                <w:b/>
                <w:color w:val="1D4ED8"/>
                <w:sz w:val="16"/>
              </w:rPr>
              <w:t>22,94 Br</w:t>
            </w:r>
          </w:p>
        </w:tc>
      </w:tr>
    </w:tbl>
    <w:p>
      <w:pPr>
        <w:spacing w:before="40" w:after="40"/>
      </w:pPr>
    </w:p>
    <w:p>
      <w:pPr>
        <w:spacing w:before="240"/>
        <w:jc w:val="center"/>
      </w:pPr>
      <w:r>
        <w:rPr>
          <w:rFonts w:ascii="Segoe UI" w:hAnsi="Segoe UI" w:cs="Segoe UI"/>
          <w:b w:val="0"/>
          <w:color w:val="94A3B8"/>
          <w:sz w:val="16"/>
        </w:rPr>
        <w:t>Всего позиций: 4265   ·   УП Стайкси   ·   Цены в Br</w:t>
      </w:r>
    </w:p>
    <w:sectPr w:rsidR="00FC693F" w:rsidRPr="0006063C" w:rsidSect="00034616">
      <w:footerReference w:type="default" r:id="rId9"/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egoe UI" w:hAnsi="Segoe UI" w:cs="Segoe UI"/>
        <w:b w:val="0"/>
        <w:color w:val="94A3B8"/>
        <w:sz w:val="16"/>
      </w:rPr>
      <w:t xml:space="preserve">УП Стайкси  ·  Прайс-лист  ·  стр.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 w:ascii="Segoe UI" w:hAnsi="Segoe UI"/>
      <w:b/>
      <w:bCs/>
      <w:color w:val="0F17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Segoe UI" w:hAnsi="Segoe UI"/>
      <w:b/>
      <w:bCs/>
      <w:color w:val="1D4ED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